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CC6A2" w14:textId="7496F3C3" w:rsidR="00EA1491" w:rsidRPr="000874A7" w:rsidRDefault="00EA1491">
      <w:pPr>
        <w:pStyle w:val="Title"/>
        <w:rPr>
          <w:rFonts w:ascii="Verdana" w:hAnsi="Verdana"/>
          <w:sz w:val="44"/>
          <w:szCs w:val="44"/>
        </w:rPr>
      </w:pPr>
    </w:p>
    <w:p w14:paraId="6D15E1F6" w14:textId="1CF70511" w:rsidR="00EA1491" w:rsidRPr="000874A7" w:rsidRDefault="00EA1491">
      <w:pPr>
        <w:pStyle w:val="Title"/>
        <w:rPr>
          <w:rFonts w:ascii="Verdana" w:hAnsi="Verdana"/>
          <w:sz w:val="44"/>
          <w:szCs w:val="44"/>
        </w:rPr>
      </w:pPr>
      <w:r w:rsidRPr="000874A7">
        <w:rPr>
          <w:rFonts w:ascii="Verdana" w:hAnsi="Verdana"/>
          <w:noProof/>
        </w:rPr>
        <w:drawing>
          <wp:anchor distT="0" distB="0" distL="114300" distR="114300" simplePos="0" relativeHeight="251658752" behindDoc="1" locked="0" layoutInCell="1" allowOverlap="1" wp14:anchorId="73E840C6" wp14:editId="3466D60E">
            <wp:simplePos x="0" y="0"/>
            <wp:positionH relativeFrom="column">
              <wp:posOffset>952500</wp:posOffset>
            </wp:positionH>
            <wp:positionV relativeFrom="paragraph">
              <wp:posOffset>12700</wp:posOffset>
            </wp:positionV>
            <wp:extent cx="3581400" cy="3581400"/>
            <wp:effectExtent l="0" t="0" r="0" b="0"/>
            <wp:wrapTight wrapText="bothSides">
              <wp:wrapPolygon edited="0">
                <wp:start x="0" y="0"/>
                <wp:lineTo x="0" y="21485"/>
                <wp:lineTo x="21485" y="21485"/>
                <wp:lineTo x="21485" y="0"/>
                <wp:lineTo x="0" y="0"/>
              </wp:wrapPolygon>
            </wp:wrapTight>
            <wp:docPr id="126777604" name="Picture 1" descr="A pink tag with black and grey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77604" name="Picture 1" descr="A pink tag with black and grey letters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5DBA0" w14:textId="31E4434F" w:rsidR="00EA1491" w:rsidRPr="000874A7" w:rsidRDefault="00EA1491">
      <w:pPr>
        <w:pStyle w:val="Title"/>
        <w:rPr>
          <w:rFonts w:ascii="Verdana" w:hAnsi="Verdana"/>
          <w:sz w:val="44"/>
          <w:szCs w:val="44"/>
        </w:rPr>
      </w:pPr>
    </w:p>
    <w:p w14:paraId="3EDEC43E" w14:textId="77777777" w:rsidR="00EA1491" w:rsidRPr="000874A7" w:rsidRDefault="00EA1491">
      <w:pPr>
        <w:pStyle w:val="Title"/>
        <w:rPr>
          <w:rFonts w:ascii="Verdana" w:hAnsi="Verdana"/>
          <w:sz w:val="44"/>
          <w:szCs w:val="44"/>
        </w:rPr>
      </w:pPr>
    </w:p>
    <w:p w14:paraId="47FA9D69" w14:textId="77777777" w:rsidR="00EA1491" w:rsidRPr="000874A7" w:rsidRDefault="00EA1491">
      <w:pPr>
        <w:pStyle w:val="Title"/>
        <w:rPr>
          <w:rFonts w:ascii="Verdana" w:hAnsi="Verdana"/>
          <w:sz w:val="44"/>
          <w:szCs w:val="44"/>
        </w:rPr>
      </w:pPr>
    </w:p>
    <w:p w14:paraId="5E869C0D" w14:textId="77777777" w:rsidR="00EA1491" w:rsidRPr="000874A7" w:rsidRDefault="00EA1491">
      <w:pPr>
        <w:pStyle w:val="Title"/>
        <w:rPr>
          <w:rFonts w:ascii="Verdana" w:hAnsi="Verdana"/>
          <w:sz w:val="44"/>
          <w:szCs w:val="44"/>
        </w:rPr>
      </w:pPr>
    </w:p>
    <w:p w14:paraId="1E2E436B" w14:textId="77777777" w:rsidR="00EA1491" w:rsidRPr="000874A7" w:rsidRDefault="00EA1491">
      <w:pPr>
        <w:pStyle w:val="Title"/>
        <w:rPr>
          <w:rFonts w:ascii="Verdana" w:hAnsi="Verdana"/>
          <w:sz w:val="44"/>
          <w:szCs w:val="44"/>
        </w:rPr>
      </w:pPr>
    </w:p>
    <w:p w14:paraId="121BEDE6" w14:textId="77777777" w:rsidR="00EA1491" w:rsidRPr="000874A7" w:rsidRDefault="00EA1491">
      <w:pPr>
        <w:pStyle w:val="Title"/>
        <w:rPr>
          <w:rFonts w:ascii="Verdana" w:hAnsi="Verdana"/>
          <w:sz w:val="44"/>
          <w:szCs w:val="44"/>
        </w:rPr>
      </w:pPr>
    </w:p>
    <w:p w14:paraId="274D17FD" w14:textId="77777777" w:rsidR="00EA1491" w:rsidRPr="000874A7" w:rsidRDefault="00EA1491">
      <w:pPr>
        <w:pStyle w:val="Title"/>
        <w:rPr>
          <w:rFonts w:ascii="Verdana" w:hAnsi="Verdana"/>
          <w:sz w:val="44"/>
          <w:szCs w:val="44"/>
        </w:rPr>
      </w:pPr>
    </w:p>
    <w:p w14:paraId="7395C2DA" w14:textId="77777777" w:rsidR="00EA1491" w:rsidRPr="000874A7" w:rsidRDefault="00EA1491">
      <w:pPr>
        <w:pStyle w:val="Title"/>
        <w:rPr>
          <w:rFonts w:ascii="Verdana" w:hAnsi="Verdana"/>
          <w:sz w:val="44"/>
          <w:szCs w:val="44"/>
        </w:rPr>
      </w:pPr>
    </w:p>
    <w:p w14:paraId="4E04ACE9" w14:textId="77777777" w:rsidR="00EA1491" w:rsidRPr="000874A7" w:rsidRDefault="00EA1491">
      <w:pPr>
        <w:pStyle w:val="Title"/>
        <w:rPr>
          <w:rFonts w:ascii="Verdana" w:hAnsi="Verdana"/>
          <w:sz w:val="44"/>
          <w:szCs w:val="44"/>
        </w:rPr>
      </w:pPr>
    </w:p>
    <w:p w14:paraId="1952DC94" w14:textId="77777777" w:rsidR="00EA1491" w:rsidRPr="000874A7" w:rsidRDefault="00EA1491">
      <w:pPr>
        <w:pStyle w:val="Title"/>
        <w:rPr>
          <w:rFonts w:ascii="Verdana" w:hAnsi="Verdana"/>
          <w:sz w:val="44"/>
          <w:szCs w:val="44"/>
        </w:rPr>
      </w:pPr>
    </w:p>
    <w:p w14:paraId="57746BC1" w14:textId="77777777" w:rsidR="00EA1491" w:rsidRPr="000874A7" w:rsidRDefault="00EA1491">
      <w:pPr>
        <w:pStyle w:val="Title"/>
        <w:rPr>
          <w:rFonts w:ascii="Verdana" w:hAnsi="Verdana"/>
          <w:sz w:val="44"/>
          <w:szCs w:val="44"/>
        </w:rPr>
      </w:pPr>
    </w:p>
    <w:p w14:paraId="1FDA8C9E" w14:textId="77777777" w:rsidR="00EA1491" w:rsidRPr="000874A7" w:rsidRDefault="00EA1491">
      <w:pPr>
        <w:pStyle w:val="Title"/>
        <w:rPr>
          <w:rFonts w:ascii="Verdana" w:hAnsi="Verdana"/>
          <w:sz w:val="44"/>
          <w:szCs w:val="44"/>
        </w:rPr>
      </w:pPr>
    </w:p>
    <w:p w14:paraId="2D349393" w14:textId="4E8DB58B" w:rsidR="00EA1491" w:rsidRPr="000C4C89" w:rsidRDefault="00EA1491" w:rsidP="00EA1491">
      <w:pPr>
        <w:pStyle w:val="Title"/>
        <w:jc w:val="center"/>
        <w:rPr>
          <w:rFonts w:ascii="Verdana" w:hAnsi="Verdana"/>
          <w:color w:val="E83B71"/>
          <w:sz w:val="44"/>
          <w:szCs w:val="44"/>
        </w:rPr>
      </w:pPr>
      <w:r w:rsidRPr="000C4C89">
        <w:rPr>
          <w:rFonts w:ascii="Verdana" w:hAnsi="Verdana"/>
          <w:color w:val="E83B71"/>
          <w:sz w:val="44"/>
          <w:szCs w:val="44"/>
        </w:rPr>
        <w:t>Setting up your Stripe Account – Sole Trader</w:t>
      </w:r>
    </w:p>
    <w:p w14:paraId="1E8374E1" w14:textId="77777777" w:rsidR="00EA1491" w:rsidRPr="000874A7" w:rsidRDefault="00EA1491">
      <w:pPr>
        <w:pStyle w:val="Title"/>
        <w:rPr>
          <w:rFonts w:ascii="Verdana" w:hAnsi="Verdana"/>
          <w:sz w:val="44"/>
          <w:szCs w:val="44"/>
        </w:rPr>
      </w:pPr>
    </w:p>
    <w:p w14:paraId="718AAAA7" w14:textId="77777777" w:rsidR="00EA1491" w:rsidRPr="000874A7" w:rsidRDefault="00EA1491">
      <w:pPr>
        <w:pStyle w:val="Title"/>
        <w:rPr>
          <w:rFonts w:ascii="Verdana" w:hAnsi="Verdana"/>
          <w:sz w:val="44"/>
          <w:szCs w:val="44"/>
        </w:rPr>
      </w:pPr>
    </w:p>
    <w:p w14:paraId="753EA79F" w14:textId="77777777" w:rsidR="00EA1491" w:rsidRPr="000874A7" w:rsidRDefault="00EA1491">
      <w:pPr>
        <w:pStyle w:val="Title"/>
        <w:rPr>
          <w:rFonts w:ascii="Verdana" w:hAnsi="Verdana"/>
          <w:sz w:val="44"/>
          <w:szCs w:val="44"/>
        </w:rPr>
      </w:pPr>
    </w:p>
    <w:p w14:paraId="5310CD23" w14:textId="77777777" w:rsidR="00EA1491" w:rsidRPr="000874A7" w:rsidRDefault="00EA1491">
      <w:pPr>
        <w:pStyle w:val="Title"/>
        <w:rPr>
          <w:rFonts w:ascii="Verdana" w:hAnsi="Verdana"/>
          <w:sz w:val="44"/>
          <w:szCs w:val="44"/>
        </w:rPr>
      </w:pPr>
    </w:p>
    <w:p w14:paraId="353BAA53" w14:textId="77777777" w:rsidR="00EA1491" w:rsidRPr="000874A7" w:rsidRDefault="00EA1491">
      <w:pPr>
        <w:pStyle w:val="Title"/>
        <w:rPr>
          <w:rFonts w:ascii="Verdana" w:hAnsi="Verdana"/>
          <w:sz w:val="44"/>
          <w:szCs w:val="44"/>
        </w:rPr>
      </w:pPr>
    </w:p>
    <w:p w14:paraId="6156AF2B" w14:textId="77777777" w:rsidR="00EA1491" w:rsidRPr="000874A7" w:rsidRDefault="00EA1491">
      <w:pPr>
        <w:pStyle w:val="Title"/>
        <w:rPr>
          <w:rFonts w:ascii="Verdana" w:hAnsi="Verdana"/>
          <w:sz w:val="44"/>
          <w:szCs w:val="44"/>
        </w:rPr>
      </w:pPr>
    </w:p>
    <w:p w14:paraId="31C2D772" w14:textId="77777777" w:rsidR="00EA1491" w:rsidRPr="000874A7" w:rsidRDefault="00EA1491">
      <w:pPr>
        <w:pStyle w:val="Title"/>
        <w:rPr>
          <w:rFonts w:ascii="Verdana" w:hAnsi="Verdana"/>
          <w:sz w:val="44"/>
          <w:szCs w:val="44"/>
        </w:rPr>
      </w:pPr>
    </w:p>
    <w:p w14:paraId="21A98B87" w14:textId="77777777" w:rsidR="00B04A92" w:rsidRPr="00A63C9A" w:rsidRDefault="00EA1491">
      <w:pPr>
        <w:pStyle w:val="Heading1"/>
        <w:rPr>
          <w:rFonts w:ascii="Verdana" w:hAnsi="Verdana"/>
          <w:color w:val="E83B71"/>
          <w:sz w:val="32"/>
          <w:szCs w:val="32"/>
        </w:rPr>
      </w:pPr>
      <w:r w:rsidRPr="00A63C9A">
        <w:rPr>
          <w:rFonts w:ascii="Verdana" w:hAnsi="Verdana"/>
          <w:color w:val="E83B71"/>
          <w:sz w:val="32"/>
          <w:szCs w:val="32"/>
        </w:rPr>
        <w:lastRenderedPageBreak/>
        <w:t>1. Start the Signup Process</w:t>
      </w:r>
    </w:p>
    <w:p w14:paraId="005A79BC" w14:textId="444BF771" w:rsidR="00B04A92" w:rsidRPr="000874A7" w:rsidRDefault="00EA1491">
      <w:pPr>
        <w:pStyle w:val="ListBullet"/>
        <w:rPr>
          <w:rFonts w:ascii="Verdana" w:hAnsi="Verdana"/>
          <w:sz w:val="32"/>
          <w:szCs w:val="32"/>
        </w:rPr>
      </w:pPr>
      <w:r w:rsidRPr="000874A7">
        <w:rPr>
          <w:rFonts w:ascii="Verdana" w:hAnsi="Verdana"/>
          <w:sz w:val="32"/>
          <w:szCs w:val="32"/>
        </w:rPr>
        <w:t xml:space="preserve">Click the link in the email titled – “Welcome to </w:t>
      </w:r>
      <w:proofErr w:type="spellStart"/>
      <w:r w:rsidRPr="000874A7">
        <w:rPr>
          <w:rFonts w:ascii="Verdana" w:hAnsi="Verdana"/>
          <w:sz w:val="32"/>
          <w:szCs w:val="32"/>
        </w:rPr>
        <w:t>Itzhome</w:t>
      </w:r>
      <w:proofErr w:type="spellEnd"/>
      <w:r w:rsidRPr="000874A7">
        <w:rPr>
          <w:rFonts w:ascii="Verdana" w:hAnsi="Verdana"/>
          <w:sz w:val="32"/>
          <w:szCs w:val="32"/>
        </w:rPr>
        <w:t xml:space="preserve">! </w:t>
      </w:r>
      <w:proofErr w:type="gramStart"/>
      <w:r w:rsidRPr="000874A7">
        <w:rPr>
          <w:rFonts w:ascii="Verdana" w:hAnsi="Verdana"/>
          <w:sz w:val="32"/>
          <w:szCs w:val="32"/>
        </w:rPr>
        <w:t>Lets</w:t>
      </w:r>
      <w:proofErr w:type="gramEnd"/>
      <w:r w:rsidRPr="000874A7">
        <w:rPr>
          <w:rFonts w:ascii="Verdana" w:hAnsi="Verdana"/>
          <w:sz w:val="32"/>
          <w:szCs w:val="32"/>
        </w:rPr>
        <w:t xml:space="preserve"> Set Up Your Account for Smooth Payouts”</w:t>
      </w:r>
    </w:p>
    <w:p w14:paraId="30B11328" w14:textId="77777777" w:rsidR="00986C14" w:rsidRPr="000874A7" w:rsidRDefault="00986C14" w:rsidP="00986C14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6F40885B" w14:textId="540451D5" w:rsidR="00986C14" w:rsidRPr="00986C14" w:rsidRDefault="00744E6A" w:rsidP="00A63C9A">
      <w:pPr>
        <w:pStyle w:val="ListBullet"/>
        <w:numPr>
          <w:ilvl w:val="0"/>
          <w:numId w:val="0"/>
        </w:numPr>
        <w:ind w:left="360"/>
        <w:rPr>
          <w:rFonts w:ascii="Verdana" w:hAnsi="Verdana"/>
          <w:sz w:val="32"/>
          <w:szCs w:val="32"/>
          <w:lang w:val="en-GB"/>
        </w:rPr>
      </w:pPr>
      <w:r w:rsidRPr="000874A7">
        <w:rPr>
          <w:rFonts w:ascii="Verdana" w:hAnsi="Verdana"/>
          <w:noProof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4C43703" wp14:editId="4C53B900">
                <wp:simplePos x="0" y="0"/>
                <wp:positionH relativeFrom="column">
                  <wp:posOffset>1704974</wp:posOffset>
                </wp:positionH>
                <wp:positionV relativeFrom="paragraph">
                  <wp:posOffset>1104265</wp:posOffset>
                </wp:positionV>
                <wp:extent cx="1666875" cy="847725"/>
                <wp:effectExtent l="57150" t="57150" r="47625" b="85725"/>
                <wp:wrapNone/>
                <wp:docPr id="421091665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6875" cy="8477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E83B7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D713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34.25pt;margin-top:86.95pt;width:131.25pt;height:66.75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" strokecolor="#e83b71" strokeweight="6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986C14" w:rsidRPr="000874A7">
        <w:rPr>
          <w:rFonts w:ascii="Verdana" w:hAnsi="Verdana"/>
          <w:noProof/>
          <w:sz w:val="32"/>
          <w:szCs w:val="32"/>
          <w:lang w:val="en-GB"/>
        </w:rPr>
        <w:drawing>
          <wp:inline distT="0" distB="0" distL="0" distR="0" wp14:anchorId="4E3C02B4" wp14:editId="3FA1A3E6">
            <wp:extent cx="1660421" cy="3609975"/>
            <wp:effectExtent l="0" t="0" r="0" b="0"/>
            <wp:docPr id="432056592" name="Picture 2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056592" name="Picture 2" descr="A screenshot of a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935" cy="362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3EC78" w14:textId="77777777" w:rsidR="00986C14" w:rsidRPr="000874A7" w:rsidRDefault="00986C14" w:rsidP="00986C14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62BF24A4" w14:textId="77777777" w:rsidR="00744E6A" w:rsidRPr="000874A7" w:rsidRDefault="00744E6A" w:rsidP="00986C14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07EC7326" w14:textId="77777777" w:rsidR="00744E6A" w:rsidRPr="000874A7" w:rsidRDefault="00744E6A" w:rsidP="00986C14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44400196" w14:textId="77777777" w:rsidR="00744E6A" w:rsidRPr="000874A7" w:rsidRDefault="00744E6A" w:rsidP="00986C14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48963BE2" w14:textId="77777777" w:rsidR="00744E6A" w:rsidRPr="000874A7" w:rsidRDefault="00744E6A" w:rsidP="00986C14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55F0C791" w14:textId="77777777" w:rsidR="00744E6A" w:rsidRPr="000874A7" w:rsidRDefault="00744E6A" w:rsidP="00986C14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51F83616" w14:textId="77777777" w:rsidR="00744E6A" w:rsidRPr="000874A7" w:rsidRDefault="00744E6A" w:rsidP="00986C14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3B26159A" w14:textId="77777777" w:rsidR="00744E6A" w:rsidRPr="000874A7" w:rsidRDefault="00744E6A" w:rsidP="00986C14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0765B455" w14:textId="77777777" w:rsidR="00744E6A" w:rsidRDefault="00744E6A" w:rsidP="00986C14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36256954" w14:textId="77777777" w:rsidR="00A63C9A" w:rsidRDefault="00A63C9A" w:rsidP="00986C14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336F2F23" w14:textId="77777777" w:rsidR="00A63C9A" w:rsidRPr="000874A7" w:rsidRDefault="00A63C9A" w:rsidP="00986C14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65C0277A" w14:textId="07ED8B04" w:rsidR="00B04A92" w:rsidRPr="000874A7" w:rsidRDefault="00EA1491">
      <w:pPr>
        <w:pStyle w:val="ListBullet"/>
        <w:rPr>
          <w:rFonts w:ascii="Verdana" w:hAnsi="Verdana"/>
          <w:sz w:val="32"/>
          <w:szCs w:val="32"/>
        </w:rPr>
      </w:pPr>
      <w:r w:rsidRPr="000874A7">
        <w:rPr>
          <w:rFonts w:ascii="Verdana" w:hAnsi="Verdana"/>
          <w:sz w:val="32"/>
          <w:szCs w:val="32"/>
        </w:rPr>
        <w:lastRenderedPageBreak/>
        <w:t>Enter your email address and click Submit</w:t>
      </w:r>
    </w:p>
    <w:p w14:paraId="33ED5571" w14:textId="77777777" w:rsidR="00EE7F04" w:rsidRPr="000874A7" w:rsidRDefault="00E10908" w:rsidP="00EE7F04">
      <w:pPr>
        <w:pStyle w:val="ListBullet"/>
        <w:numPr>
          <w:ilvl w:val="0"/>
          <w:numId w:val="0"/>
        </w:numPr>
        <w:ind w:left="360"/>
        <w:rPr>
          <w:rFonts w:ascii="Verdana" w:hAnsi="Verdana"/>
          <w:sz w:val="32"/>
          <w:szCs w:val="32"/>
        </w:rPr>
      </w:pPr>
      <w:r w:rsidRPr="000874A7">
        <w:rPr>
          <w:rFonts w:ascii="Verdana" w:hAnsi="Verdana"/>
          <w:noProof/>
          <w:sz w:val="32"/>
          <w:szCs w:val="32"/>
        </w:rPr>
        <w:drawing>
          <wp:inline distT="0" distB="0" distL="0" distR="0" wp14:anchorId="12BABAB4" wp14:editId="6CEF2559">
            <wp:extent cx="5486400" cy="3085993"/>
            <wp:effectExtent l="0" t="0" r="0" b="635"/>
            <wp:docPr id="757688011" name="Picture 75768801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893818" name="Picture 1012893818" descr="A screenshot of a computer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3D7AC" w14:textId="77777777" w:rsidR="00EE7F04" w:rsidRPr="000874A7" w:rsidRDefault="00EE7F04" w:rsidP="00EE7F04">
      <w:pPr>
        <w:pStyle w:val="ListBullet"/>
        <w:numPr>
          <w:ilvl w:val="0"/>
          <w:numId w:val="0"/>
        </w:numPr>
        <w:ind w:left="360"/>
        <w:rPr>
          <w:rFonts w:ascii="Verdana" w:hAnsi="Verdana"/>
          <w:sz w:val="32"/>
          <w:szCs w:val="32"/>
        </w:rPr>
      </w:pPr>
    </w:p>
    <w:p w14:paraId="71E94398" w14:textId="32F3AF96" w:rsidR="00B04A92" w:rsidRPr="00A63C9A" w:rsidRDefault="00E10908" w:rsidP="00EE7F04">
      <w:pPr>
        <w:pStyle w:val="ListBullet"/>
        <w:tabs>
          <w:tab w:val="num" w:pos="1897"/>
        </w:tabs>
        <w:ind w:left="720"/>
        <w:rPr>
          <w:rFonts w:ascii="Verdana" w:hAnsi="Verdana"/>
          <w:sz w:val="32"/>
          <w:szCs w:val="32"/>
        </w:rPr>
      </w:pPr>
      <w:r w:rsidRPr="00A63C9A">
        <w:rPr>
          <w:rFonts w:ascii="Verdana" w:hAnsi="Verdana"/>
          <w:sz w:val="32"/>
          <w:szCs w:val="32"/>
        </w:rPr>
        <w:t>Create a password and click Submit</w:t>
      </w:r>
    </w:p>
    <w:p w14:paraId="53E925A3" w14:textId="77777777" w:rsidR="00E10908" w:rsidRPr="000874A7" w:rsidRDefault="00E10908" w:rsidP="00E10908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19DA24D6" w14:textId="77777777" w:rsidR="006E1A78" w:rsidRPr="000874A7" w:rsidRDefault="006E1A78" w:rsidP="00E10908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59001682" w14:textId="77777777" w:rsidR="006E1A78" w:rsidRPr="000874A7" w:rsidRDefault="006E1A78" w:rsidP="00E10908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1FE36C05" w14:textId="77777777" w:rsidR="006E1A78" w:rsidRPr="000874A7" w:rsidRDefault="006E1A78" w:rsidP="00E10908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7475099A" w14:textId="77777777" w:rsidR="006E1A78" w:rsidRPr="000874A7" w:rsidRDefault="006E1A78" w:rsidP="00E10908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5F83E600" w14:textId="77777777" w:rsidR="006E1A78" w:rsidRPr="000874A7" w:rsidRDefault="006E1A78" w:rsidP="00E10908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52627E25" w14:textId="77777777" w:rsidR="006E1A78" w:rsidRPr="000874A7" w:rsidRDefault="006E1A78" w:rsidP="00E10908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15360E49" w14:textId="77777777" w:rsidR="006E1A78" w:rsidRPr="000874A7" w:rsidRDefault="006E1A78" w:rsidP="00E10908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7A06B7AC" w14:textId="77777777" w:rsidR="006E1A78" w:rsidRPr="000874A7" w:rsidRDefault="006E1A78" w:rsidP="00E10908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05724097" w14:textId="77777777" w:rsidR="006E1A78" w:rsidRPr="000874A7" w:rsidRDefault="006E1A78" w:rsidP="00E10908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14E857BA" w14:textId="77777777" w:rsidR="006E1A78" w:rsidRPr="000874A7" w:rsidRDefault="006E1A78" w:rsidP="00E10908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5BE90126" w14:textId="77777777" w:rsidR="006E1A78" w:rsidRPr="000874A7" w:rsidRDefault="006E1A78" w:rsidP="00E10908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672F4A6A" w14:textId="77777777" w:rsidR="00B04A92" w:rsidRPr="00A63C9A" w:rsidRDefault="00EA1491">
      <w:pPr>
        <w:pStyle w:val="Heading1"/>
        <w:rPr>
          <w:rFonts w:ascii="Verdana" w:hAnsi="Verdana"/>
          <w:color w:val="E83B71"/>
          <w:sz w:val="32"/>
          <w:szCs w:val="32"/>
        </w:rPr>
      </w:pPr>
      <w:r w:rsidRPr="00A63C9A">
        <w:rPr>
          <w:rFonts w:ascii="Verdana" w:hAnsi="Verdana"/>
          <w:color w:val="E83B71"/>
          <w:sz w:val="32"/>
          <w:szCs w:val="32"/>
        </w:rPr>
        <w:lastRenderedPageBreak/>
        <w:t>2. Set Up Two-Factor Authentication</w:t>
      </w:r>
    </w:p>
    <w:p w14:paraId="1C46B581" w14:textId="783108B3" w:rsidR="00B04A92" w:rsidRPr="000874A7" w:rsidRDefault="00EA1491">
      <w:pPr>
        <w:pStyle w:val="ListBullet"/>
        <w:rPr>
          <w:rFonts w:ascii="Verdana" w:hAnsi="Verdana"/>
          <w:sz w:val="32"/>
          <w:szCs w:val="32"/>
        </w:rPr>
      </w:pPr>
      <w:r w:rsidRPr="000874A7">
        <w:rPr>
          <w:rFonts w:ascii="Verdana" w:hAnsi="Verdana"/>
          <w:sz w:val="32"/>
          <w:szCs w:val="32"/>
        </w:rPr>
        <w:t>Download Google Authenticator (if not already installed)</w:t>
      </w:r>
      <w:r w:rsidR="006E1A78" w:rsidRPr="000874A7">
        <w:rPr>
          <w:rFonts w:ascii="Verdana" w:hAnsi="Verdana"/>
          <w:sz w:val="32"/>
          <w:szCs w:val="32"/>
        </w:rPr>
        <w:t xml:space="preserve"> – available on App Store and Google Play.</w:t>
      </w:r>
    </w:p>
    <w:p w14:paraId="00EB9B22" w14:textId="77777777" w:rsidR="006E1A78" w:rsidRPr="000874A7" w:rsidRDefault="006E1A78" w:rsidP="006E1A78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37866387" w14:textId="7E852376" w:rsidR="006E1A78" w:rsidRDefault="006E1A78" w:rsidP="006E1A78">
      <w:pPr>
        <w:pStyle w:val="ListBullet"/>
        <w:numPr>
          <w:ilvl w:val="0"/>
          <w:numId w:val="0"/>
        </w:numPr>
        <w:ind w:left="360"/>
        <w:rPr>
          <w:rFonts w:ascii="Verdana" w:hAnsi="Verdana"/>
          <w:sz w:val="32"/>
          <w:szCs w:val="32"/>
          <w:lang w:val="en-GB"/>
        </w:rPr>
      </w:pPr>
      <w:r w:rsidRPr="000874A7">
        <w:rPr>
          <w:rFonts w:ascii="Verdana" w:hAnsi="Verdana"/>
          <w:noProof/>
          <w:sz w:val="32"/>
          <w:szCs w:val="32"/>
          <w:lang w:val="en-GB"/>
        </w:rPr>
        <w:drawing>
          <wp:inline distT="0" distB="0" distL="0" distR="0" wp14:anchorId="2702F539" wp14:editId="5B3CDDF8">
            <wp:extent cx="2142490" cy="2332953"/>
            <wp:effectExtent l="0" t="0" r="0" b="0"/>
            <wp:docPr id="1965757090" name="Picture 5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757090" name="Picture 5" descr="A screenshot of a phon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71" b="28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048" cy="233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8E25D" w14:textId="77B54973" w:rsidR="00EA3C72" w:rsidRPr="006E5B1A" w:rsidRDefault="002F6B6A" w:rsidP="00CE18AD">
      <w:pPr>
        <w:pStyle w:val="ListBullet"/>
      </w:pPr>
      <w:r w:rsidRPr="00CE18AD">
        <w:rPr>
          <w:rFonts w:ascii="Verdana" w:hAnsi="Verdana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1D00182" wp14:editId="763EE58E">
                <wp:simplePos x="0" y="0"/>
                <wp:positionH relativeFrom="column">
                  <wp:posOffset>3686175</wp:posOffset>
                </wp:positionH>
                <wp:positionV relativeFrom="paragraph">
                  <wp:posOffset>2295525</wp:posOffset>
                </wp:positionV>
                <wp:extent cx="1152525" cy="1114425"/>
                <wp:effectExtent l="57150" t="57150" r="28575" b="85725"/>
                <wp:wrapNone/>
                <wp:docPr id="1288331292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2525" cy="11144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E83B7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DD9EB" id="Straight Arrow Connector 8" o:spid="_x0000_s1026" type="#_x0000_t32" style="position:absolute;margin-left:290.25pt;margin-top:180.75pt;width:90.75pt;height:87.7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" strokecolor="#e83b71" strokeweight="6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CE18AD" w:rsidRPr="00CE18AD">
        <w:rPr>
          <w:rFonts w:ascii="Verdana" w:hAnsi="Verdan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6C6BBB9" wp14:editId="171A6679">
                <wp:simplePos x="0" y="0"/>
                <wp:positionH relativeFrom="column">
                  <wp:posOffset>361950</wp:posOffset>
                </wp:positionH>
                <wp:positionV relativeFrom="paragraph">
                  <wp:posOffset>3457575</wp:posOffset>
                </wp:positionV>
                <wp:extent cx="3552825" cy="342900"/>
                <wp:effectExtent l="57150" t="19050" r="85725" b="95250"/>
                <wp:wrapNone/>
                <wp:docPr id="18527725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825" cy="342900"/>
                        </a:xfrm>
                        <a:prstGeom prst="rect">
                          <a:avLst/>
                        </a:prstGeom>
                        <a:solidFill>
                          <a:srgbClr val="E83B7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EF4479" id="Rectangle 18" o:spid="_x0000_s1026" style="position:absolute;margin-left:28.5pt;margin-top:272.25pt;width:279.75pt;height:27pt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" fillcolor="#e83b71" strokecolor="#4579b8 [3044]">
                <v:shadow on="t" color="black" opacity="22937f" origin=",.5" offset="0,.63889mm"/>
              </v:rect>
            </w:pict>
          </mc:Fallback>
        </mc:AlternateContent>
      </w:r>
      <w:r w:rsidR="006E5B1A" w:rsidRPr="00CE18AD">
        <w:rPr>
          <w:rFonts w:ascii="Verdana" w:hAnsi="Verdana"/>
          <w:sz w:val="32"/>
          <w:szCs w:val="32"/>
        </w:rPr>
        <w:t>C</w:t>
      </w:r>
      <w:r w:rsidR="00EA3C72" w:rsidRPr="00CE18AD">
        <w:rPr>
          <w:rFonts w:ascii="Verdana" w:hAnsi="Verdana"/>
          <w:sz w:val="32"/>
          <w:szCs w:val="32"/>
        </w:rPr>
        <w:t xml:space="preserve">opy the unique </w:t>
      </w:r>
      <w:r w:rsidR="003F7352" w:rsidRPr="00CE18AD">
        <w:rPr>
          <w:rFonts w:ascii="Verdana" w:hAnsi="Verdana"/>
          <w:sz w:val="32"/>
          <w:szCs w:val="32"/>
        </w:rPr>
        <w:t>two-step authentication cod</w:t>
      </w:r>
      <w:r w:rsidR="00CE18AD">
        <w:rPr>
          <w:rFonts w:ascii="Verdana" w:hAnsi="Verdana"/>
          <w:sz w:val="32"/>
          <w:szCs w:val="32"/>
        </w:rPr>
        <w:t>e</w:t>
      </w:r>
      <w:r w:rsidR="00CE18AD" w:rsidRPr="000874A7">
        <w:rPr>
          <w:noProof/>
        </w:rPr>
        <w:drawing>
          <wp:inline distT="0" distB="0" distL="0" distR="0" wp14:anchorId="446E3DE2" wp14:editId="558EFB64">
            <wp:extent cx="3785235" cy="4733925"/>
            <wp:effectExtent l="0" t="0" r="5715" b="9525"/>
            <wp:docPr id="284129209" name="Picture 6" descr="A screenshot of a login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922381" name="Picture 6" descr="A screenshot of a login pag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0" b="34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23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B18692" w14:textId="77777777" w:rsidR="00EA3C72" w:rsidRPr="000874A7" w:rsidRDefault="00EA3C72" w:rsidP="003F7352">
      <w:pPr>
        <w:pStyle w:val="ListBullet"/>
        <w:numPr>
          <w:ilvl w:val="0"/>
          <w:numId w:val="0"/>
        </w:numPr>
        <w:ind w:left="360"/>
        <w:rPr>
          <w:rFonts w:ascii="Verdana" w:hAnsi="Verdana"/>
          <w:sz w:val="32"/>
          <w:szCs w:val="32"/>
        </w:rPr>
      </w:pPr>
    </w:p>
    <w:p w14:paraId="040B5FDF" w14:textId="77777777" w:rsidR="006C0FB1" w:rsidRPr="000874A7" w:rsidRDefault="006C0FB1" w:rsidP="003F7352">
      <w:pPr>
        <w:pStyle w:val="ListBullet"/>
        <w:numPr>
          <w:ilvl w:val="0"/>
          <w:numId w:val="0"/>
        </w:numPr>
        <w:ind w:left="360"/>
        <w:rPr>
          <w:rFonts w:ascii="Verdana" w:hAnsi="Verdana"/>
          <w:sz w:val="32"/>
          <w:szCs w:val="32"/>
        </w:rPr>
      </w:pPr>
    </w:p>
    <w:p w14:paraId="4805D754" w14:textId="77777777" w:rsidR="006C0FB1" w:rsidRPr="000874A7" w:rsidRDefault="006C0FB1" w:rsidP="003F7352">
      <w:pPr>
        <w:pStyle w:val="ListBullet"/>
        <w:numPr>
          <w:ilvl w:val="0"/>
          <w:numId w:val="0"/>
        </w:numPr>
        <w:ind w:left="360"/>
        <w:rPr>
          <w:rFonts w:ascii="Verdana" w:hAnsi="Verdana"/>
          <w:sz w:val="32"/>
          <w:szCs w:val="32"/>
        </w:rPr>
      </w:pPr>
    </w:p>
    <w:p w14:paraId="01A77872" w14:textId="77777777" w:rsidR="006C0FB1" w:rsidRPr="000874A7" w:rsidRDefault="006C0FB1" w:rsidP="003F7352">
      <w:pPr>
        <w:pStyle w:val="ListBullet"/>
        <w:numPr>
          <w:ilvl w:val="0"/>
          <w:numId w:val="0"/>
        </w:numPr>
        <w:ind w:left="360"/>
        <w:rPr>
          <w:rFonts w:ascii="Verdana" w:hAnsi="Verdana"/>
          <w:sz w:val="32"/>
          <w:szCs w:val="32"/>
        </w:rPr>
      </w:pPr>
    </w:p>
    <w:p w14:paraId="5AA02729" w14:textId="77777777" w:rsidR="006C0FB1" w:rsidRPr="000874A7" w:rsidRDefault="006C0FB1" w:rsidP="003F7352">
      <w:pPr>
        <w:pStyle w:val="ListBullet"/>
        <w:numPr>
          <w:ilvl w:val="0"/>
          <w:numId w:val="0"/>
        </w:numPr>
        <w:ind w:left="360"/>
        <w:rPr>
          <w:rFonts w:ascii="Verdana" w:hAnsi="Verdana"/>
          <w:sz w:val="32"/>
          <w:szCs w:val="32"/>
        </w:rPr>
      </w:pPr>
    </w:p>
    <w:p w14:paraId="438A2D9F" w14:textId="77777777" w:rsidR="006C0FB1" w:rsidRPr="000874A7" w:rsidRDefault="006C0FB1" w:rsidP="003F7352">
      <w:pPr>
        <w:pStyle w:val="ListBullet"/>
        <w:numPr>
          <w:ilvl w:val="0"/>
          <w:numId w:val="0"/>
        </w:numPr>
        <w:ind w:left="360"/>
        <w:rPr>
          <w:rFonts w:ascii="Verdana" w:hAnsi="Verdana"/>
          <w:sz w:val="32"/>
          <w:szCs w:val="32"/>
        </w:rPr>
      </w:pPr>
    </w:p>
    <w:p w14:paraId="065119D4" w14:textId="77777777" w:rsidR="006C0FB1" w:rsidRPr="000874A7" w:rsidRDefault="006C0FB1" w:rsidP="003F7352">
      <w:pPr>
        <w:pStyle w:val="ListBullet"/>
        <w:numPr>
          <w:ilvl w:val="0"/>
          <w:numId w:val="0"/>
        </w:numPr>
        <w:ind w:left="360"/>
        <w:rPr>
          <w:rFonts w:ascii="Verdana" w:hAnsi="Verdana"/>
          <w:sz w:val="32"/>
          <w:szCs w:val="32"/>
        </w:rPr>
      </w:pPr>
    </w:p>
    <w:p w14:paraId="110DA2E1" w14:textId="77777777" w:rsidR="006C0FB1" w:rsidRPr="000874A7" w:rsidRDefault="006C0FB1" w:rsidP="003F7352">
      <w:pPr>
        <w:pStyle w:val="ListBullet"/>
        <w:numPr>
          <w:ilvl w:val="0"/>
          <w:numId w:val="0"/>
        </w:numPr>
        <w:ind w:left="360"/>
        <w:rPr>
          <w:rFonts w:ascii="Verdana" w:hAnsi="Verdana"/>
          <w:sz w:val="32"/>
          <w:szCs w:val="32"/>
        </w:rPr>
      </w:pPr>
    </w:p>
    <w:p w14:paraId="315B9E11" w14:textId="77777777" w:rsidR="006C0FB1" w:rsidRPr="000874A7" w:rsidRDefault="006C0FB1" w:rsidP="003F7352">
      <w:pPr>
        <w:pStyle w:val="ListBullet"/>
        <w:numPr>
          <w:ilvl w:val="0"/>
          <w:numId w:val="0"/>
        </w:numPr>
        <w:ind w:left="360"/>
        <w:rPr>
          <w:rFonts w:ascii="Verdana" w:hAnsi="Verdana"/>
          <w:sz w:val="32"/>
          <w:szCs w:val="32"/>
        </w:rPr>
      </w:pPr>
    </w:p>
    <w:p w14:paraId="7E72D1BA" w14:textId="77777777" w:rsidR="006C0FB1" w:rsidRPr="000874A7" w:rsidRDefault="006C0FB1" w:rsidP="003F7352">
      <w:pPr>
        <w:pStyle w:val="ListBullet"/>
        <w:numPr>
          <w:ilvl w:val="0"/>
          <w:numId w:val="0"/>
        </w:numPr>
        <w:ind w:left="360"/>
        <w:rPr>
          <w:rFonts w:ascii="Verdana" w:hAnsi="Verdana"/>
          <w:sz w:val="32"/>
          <w:szCs w:val="32"/>
        </w:rPr>
      </w:pPr>
    </w:p>
    <w:p w14:paraId="39BBA9FE" w14:textId="2E3C6A2F" w:rsidR="00B04A92" w:rsidRPr="000874A7" w:rsidRDefault="005920AF" w:rsidP="00E10908">
      <w:pPr>
        <w:pStyle w:val="ListBullet"/>
        <w:tabs>
          <w:tab w:val="num" w:pos="1897"/>
        </w:tabs>
        <w:ind w:left="720"/>
        <w:rPr>
          <w:rFonts w:ascii="Verdana" w:hAnsi="Verdana"/>
          <w:sz w:val="32"/>
          <w:szCs w:val="32"/>
        </w:rPr>
      </w:pPr>
      <w:r w:rsidRPr="000874A7">
        <w:rPr>
          <w:rFonts w:ascii="Verdana" w:hAnsi="Verdana"/>
          <w:sz w:val="32"/>
          <w:szCs w:val="32"/>
        </w:rPr>
        <w:lastRenderedPageBreak/>
        <w:t xml:space="preserve">Then open Google Authenticator </w:t>
      </w:r>
      <w:r w:rsidR="00CB4A69" w:rsidRPr="000874A7">
        <w:rPr>
          <w:rFonts w:ascii="Verdana" w:hAnsi="Verdana"/>
          <w:sz w:val="32"/>
          <w:szCs w:val="32"/>
        </w:rPr>
        <w:t xml:space="preserve">and click on </w:t>
      </w:r>
      <w:r w:rsidR="000C4C89">
        <w:rPr>
          <w:rFonts w:ascii="Verdana" w:hAnsi="Verdana"/>
          <w:sz w:val="32"/>
          <w:szCs w:val="32"/>
        </w:rPr>
        <w:t>“</w:t>
      </w:r>
      <w:r w:rsidR="006C0FB1" w:rsidRPr="000874A7">
        <w:rPr>
          <w:rFonts w:ascii="Verdana" w:hAnsi="Verdana"/>
          <w:sz w:val="32"/>
          <w:szCs w:val="32"/>
        </w:rPr>
        <w:t>Enter a setup Key</w:t>
      </w:r>
      <w:r w:rsidR="000C4C89">
        <w:rPr>
          <w:rFonts w:ascii="Verdana" w:hAnsi="Verdana"/>
          <w:sz w:val="32"/>
          <w:szCs w:val="32"/>
        </w:rPr>
        <w:t>”</w:t>
      </w:r>
    </w:p>
    <w:p w14:paraId="558B97FC" w14:textId="6759BA65" w:rsidR="006C0FB1" w:rsidRPr="000874A7" w:rsidRDefault="006C0FB1" w:rsidP="006C0FB1">
      <w:pPr>
        <w:pStyle w:val="ListBullet"/>
        <w:numPr>
          <w:ilvl w:val="0"/>
          <w:numId w:val="0"/>
        </w:numPr>
        <w:ind w:left="360"/>
        <w:rPr>
          <w:rFonts w:ascii="Verdana" w:hAnsi="Verdana"/>
        </w:rPr>
      </w:pPr>
      <w:r w:rsidRPr="000874A7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93E12C3" wp14:editId="026C6683">
                <wp:simplePos x="0" y="0"/>
                <wp:positionH relativeFrom="column">
                  <wp:posOffset>2371724</wp:posOffset>
                </wp:positionH>
                <wp:positionV relativeFrom="paragraph">
                  <wp:posOffset>1908810</wp:posOffset>
                </wp:positionV>
                <wp:extent cx="1524000" cy="619125"/>
                <wp:effectExtent l="57150" t="57150" r="38100" b="104775"/>
                <wp:wrapNone/>
                <wp:docPr id="1081666683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0" cy="6191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E83B7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68A86" id="Straight Arrow Connector 8" o:spid="_x0000_s1026" type="#_x0000_t32" style="position:absolute;margin-left:186.75pt;margin-top:150.3pt;width:120pt;height:48.75pt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" strokecolor="#e83b71" strokeweight="6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0874A7">
        <w:rPr>
          <w:rFonts w:ascii="Verdana" w:hAnsi="Verdana"/>
          <w:noProof/>
        </w:rPr>
        <w:drawing>
          <wp:inline distT="0" distB="0" distL="0" distR="0" wp14:anchorId="4D732628" wp14:editId="2B95BA07">
            <wp:extent cx="2426335" cy="3037679"/>
            <wp:effectExtent l="0" t="0" r="0" b="0"/>
            <wp:docPr id="325430244" name="Picture 9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430244" name="Picture 9" descr="A screenshot of a phon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70" b="33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24" cy="304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22BE9" w14:textId="77777777" w:rsidR="00970638" w:rsidRDefault="00970638" w:rsidP="00970638">
      <w:pPr>
        <w:pStyle w:val="ListBullet"/>
        <w:numPr>
          <w:ilvl w:val="0"/>
          <w:numId w:val="0"/>
        </w:numPr>
        <w:tabs>
          <w:tab w:val="num" w:pos="1897"/>
        </w:tabs>
        <w:ind w:left="360" w:hanging="360"/>
        <w:rPr>
          <w:rFonts w:ascii="Verdana" w:hAnsi="Verdana"/>
          <w:sz w:val="32"/>
          <w:szCs w:val="32"/>
        </w:rPr>
      </w:pPr>
    </w:p>
    <w:p w14:paraId="29965D66" w14:textId="77777777" w:rsidR="00D1704A" w:rsidRDefault="00D1704A" w:rsidP="00970638">
      <w:pPr>
        <w:pStyle w:val="ListBullet"/>
        <w:numPr>
          <w:ilvl w:val="0"/>
          <w:numId w:val="0"/>
        </w:numPr>
        <w:tabs>
          <w:tab w:val="num" w:pos="1897"/>
        </w:tabs>
        <w:ind w:left="360" w:hanging="360"/>
        <w:rPr>
          <w:rFonts w:ascii="Verdana" w:hAnsi="Verdana"/>
          <w:sz w:val="32"/>
          <w:szCs w:val="32"/>
        </w:rPr>
      </w:pPr>
    </w:p>
    <w:p w14:paraId="29D5F3C9" w14:textId="77777777" w:rsidR="00D1704A" w:rsidRDefault="00D1704A" w:rsidP="00970638">
      <w:pPr>
        <w:pStyle w:val="ListBullet"/>
        <w:numPr>
          <w:ilvl w:val="0"/>
          <w:numId w:val="0"/>
        </w:numPr>
        <w:tabs>
          <w:tab w:val="num" w:pos="1897"/>
        </w:tabs>
        <w:ind w:left="360" w:hanging="360"/>
        <w:rPr>
          <w:rFonts w:ascii="Verdana" w:hAnsi="Verdana"/>
          <w:sz w:val="32"/>
          <w:szCs w:val="32"/>
        </w:rPr>
      </w:pPr>
    </w:p>
    <w:p w14:paraId="71D7D0CD" w14:textId="77777777" w:rsidR="00D1704A" w:rsidRDefault="00D1704A" w:rsidP="00970638">
      <w:pPr>
        <w:pStyle w:val="ListBullet"/>
        <w:numPr>
          <w:ilvl w:val="0"/>
          <w:numId w:val="0"/>
        </w:numPr>
        <w:tabs>
          <w:tab w:val="num" w:pos="1897"/>
        </w:tabs>
        <w:ind w:left="360" w:hanging="360"/>
        <w:rPr>
          <w:rFonts w:ascii="Verdana" w:hAnsi="Verdana"/>
          <w:sz w:val="32"/>
          <w:szCs w:val="32"/>
        </w:rPr>
      </w:pPr>
    </w:p>
    <w:p w14:paraId="5EBCA232" w14:textId="77777777" w:rsidR="00D1704A" w:rsidRDefault="00D1704A" w:rsidP="00970638">
      <w:pPr>
        <w:pStyle w:val="ListBullet"/>
        <w:numPr>
          <w:ilvl w:val="0"/>
          <w:numId w:val="0"/>
        </w:numPr>
        <w:tabs>
          <w:tab w:val="num" w:pos="1897"/>
        </w:tabs>
        <w:ind w:left="360" w:hanging="360"/>
        <w:rPr>
          <w:rFonts w:ascii="Verdana" w:hAnsi="Verdana"/>
          <w:sz w:val="32"/>
          <w:szCs w:val="32"/>
        </w:rPr>
      </w:pPr>
    </w:p>
    <w:p w14:paraId="7D32BFA2" w14:textId="77777777" w:rsidR="00D1704A" w:rsidRDefault="00D1704A" w:rsidP="00970638">
      <w:pPr>
        <w:pStyle w:val="ListBullet"/>
        <w:numPr>
          <w:ilvl w:val="0"/>
          <w:numId w:val="0"/>
        </w:numPr>
        <w:tabs>
          <w:tab w:val="num" w:pos="1897"/>
        </w:tabs>
        <w:ind w:left="360" w:hanging="360"/>
        <w:rPr>
          <w:rFonts w:ascii="Verdana" w:hAnsi="Verdana"/>
          <w:sz w:val="32"/>
          <w:szCs w:val="32"/>
        </w:rPr>
      </w:pPr>
    </w:p>
    <w:p w14:paraId="41A053A1" w14:textId="77777777" w:rsidR="00D1704A" w:rsidRDefault="00D1704A" w:rsidP="00970638">
      <w:pPr>
        <w:pStyle w:val="ListBullet"/>
        <w:numPr>
          <w:ilvl w:val="0"/>
          <w:numId w:val="0"/>
        </w:numPr>
        <w:tabs>
          <w:tab w:val="num" w:pos="1897"/>
        </w:tabs>
        <w:ind w:left="360" w:hanging="360"/>
        <w:rPr>
          <w:rFonts w:ascii="Verdana" w:hAnsi="Verdana"/>
          <w:sz w:val="32"/>
          <w:szCs w:val="32"/>
        </w:rPr>
      </w:pPr>
    </w:p>
    <w:p w14:paraId="4813EAEF" w14:textId="77777777" w:rsidR="00D1704A" w:rsidRDefault="00D1704A" w:rsidP="00970638">
      <w:pPr>
        <w:pStyle w:val="ListBullet"/>
        <w:numPr>
          <w:ilvl w:val="0"/>
          <w:numId w:val="0"/>
        </w:numPr>
        <w:tabs>
          <w:tab w:val="num" w:pos="1897"/>
        </w:tabs>
        <w:ind w:left="360" w:hanging="360"/>
        <w:rPr>
          <w:rFonts w:ascii="Verdana" w:hAnsi="Verdana"/>
          <w:sz w:val="32"/>
          <w:szCs w:val="32"/>
        </w:rPr>
      </w:pPr>
    </w:p>
    <w:p w14:paraId="17801B68" w14:textId="77777777" w:rsidR="00D1704A" w:rsidRDefault="00D1704A" w:rsidP="00970638">
      <w:pPr>
        <w:pStyle w:val="ListBullet"/>
        <w:numPr>
          <w:ilvl w:val="0"/>
          <w:numId w:val="0"/>
        </w:numPr>
        <w:tabs>
          <w:tab w:val="num" w:pos="1897"/>
        </w:tabs>
        <w:ind w:left="360" w:hanging="360"/>
        <w:rPr>
          <w:rFonts w:ascii="Verdana" w:hAnsi="Verdana"/>
          <w:sz w:val="32"/>
          <w:szCs w:val="32"/>
        </w:rPr>
      </w:pPr>
    </w:p>
    <w:p w14:paraId="53B48DC7" w14:textId="77777777" w:rsidR="00D1704A" w:rsidRDefault="00D1704A" w:rsidP="00970638">
      <w:pPr>
        <w:pStyle w:val="ListBullet"/>
        <w:numPr>
          <w:ilvl w:val="0"/>
          <w:numId w:val="0"/>
        </w:numPr>
        <w:tabs>
          <w:tab w:val="num" w:pos="1897"/>
        </w:tabs>
        <w:ind w:left="360" w:hanging="360"/>
        <w:rPr>
          <w:rFonts w:ascii="Verdana" w:hAnsi="Verdana"/>
          <w:sz w:val="32"/>
          <w:szCs w:val="32"/>
        </w:rPr>
      </w:pPr>
    </w:p>
    <w:p w14:paraId="0782F4B1" w14:textId="77777777" w:rsidR="00D1704A" w:rsidRDefault="00D1704A" w:rsidP="00970638">
      <w:pPr>
        <w:pStyle w:val="ListBullet"/>
        <w:numPr>
          <w:ilvl w:val="0"/>
          <w:numId w:val="0"/>
        </w:numPr>
        <w:tabs>
          <w:tab w:val="num" w:pos="1897"/>
        </w:tabs>
        <w:ind w:left="360" w:hanging="360"/>
        <w:rPr>
          <w:rFonts w:ascii="Verdana" w:hAnsi="Verdana"/>
          <w:sz w:val="32"/>
          <w:szCs w:val="32"/>
        </w:rPr>
      </w:pPr>
    </w:p>
    <w:p w14:paraId="69409F33" w14:textId="77777777" w:rsidR="00D1704A" w:rsidRDefault="00D1704A" w:rsidP="00970638">
      <w:pPr>
        <w:pStyle w:val="ListBullet"/>
        <w:numPr>
          <w:ilvl w:val="0"/>
          <w:numId w:val="0"/>
        </w:numPr>
        <w:tabs>
          <w:tab w:val="num" w:pos="1897"/>
        </w:tabs>
        <w:ind w:left="360" w:hanging="360"/>
        <w:rPr>
          <w:rFonts w:ascii="Verdana" w:hAnsi="Verdana"/>
          <w:sz w:val="32"/>
          <w:szCs w:val="32"/>
        </w:rPr>
      </w:pPr>
    </w:p>
    <w:p w14:paraId="7726DBE5" w14:textId="77777777" w:rsidR="00D1704A" w:rsidRDefault="00D1704A" w:rsidP="00970638">
      <w:pPr>
        <w:pStyle w:val="ListBullet"/>
        <w:numPr>
          <w:ilvl w:val="0"/>
          <w:numId w:val="0"/>
        </w:numPr>
        <w:tabs>
          <w:tab w:val="num" w:pos="1897"/>
        </w:tabs>
        <w:ind w:left="360" w:hanging="360"/>
        <w:rPr>
          <w:rFonts w:ascii="Verdana" w:hAnsi="Verdana"/>
          <w:sz w:val="32"/>
          <w:szCs w:val="32"/>
        </w:rPr>
      </w:pPr>
    </w:p>
    <w:p w14:paraId="21167060" w14:textId="77777777" w:rsidR="00D1704A" w:rsidRDefault="00D1704A" w:rsidP="00970638">
      <w:pPr>
        <w:pStyle w:val="ListBullet"/>
        <w:numPr>
          <w:ilvl w:val="0"/>
          <w:numId w:val="0"/>
        </w:numPr>
        <w:tabs>
          <w:tab w:val="num" w:pos="1897"/>
        </w:tabs>
        <w:ind w:left="360" w:hanging="360"/>
        <w:rPr>
          <w:rFonts w:ascii="Verdana" w:hAnsi="Verdana"/>
          <w:sz w:val="32"/>
          <w:szCs w:val="32"/>
        </w:rPr>
      </w:pPr>
    </w:p>
    <w:p w14:paraId="16A843AB" w14:textId="77777777" w:rsidR="00D1704A" w:rsidRPr="000874A7" w:rsidRDefault="00D1704A" w:rsidP="00970638">
      <w:pPr>
        <w:pStyle w:val="ListBullet"/>
        <w:numPr>
          <w:ilvl w:val="0"/>
          <w:numId w:val="0"/>
        </w:numPr>
        <w:tabs>
          <w:tab w:val="num" w:pos="1897"/>
        </w:tabs>
        <w:ind w:left="360" w:hanging="360"/>
        <w:rPr>
          <w:rFonts w:ascii="Verdana" w:hAnsi="Verdana"/>
          <w:sz w:val="32"/>
          <w:szCs w:val="32"/>
        </w:rPr>
      </w:pPr>
    </w:p>
    <w:p w14:paraId="20E66144" w14:textId="189E71A6" w:rsidR="003750EF" w:rsidRPr="000874A7" w:rsidRDefault="00D1704A" w:rsidP="00E10908">
      <w:pPr>
        <w:pStyle w:val="ListBullet"/>
        <w:tabs>
          <w:tab w:val="num" w:pos="1897"/>
        </w:tabs>
        <w:ind w:left="720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lastRenderedPageBreak/>
        <w:t>After, o</w:t>
      </w:r>
      <w:r w:rsidR="003750EF" w:rsidRPr="000874A7">
        <w:rPr>
          <w:rFonts w:ascii="Verdana" w:hAnsi="Verdana"/>
          <w:sz w:val="32"/>
          <w:szCs w:val="32"/>
        </w:rPr>
        <w:t>n the Enter Code Details Screen add the following details:</w:t>
      </w:r>
    </w:p>
    <w:p w14:paraId="097F8458" w14:textId="2562EF15" w:rsidR="003750EF" w:rsidRPr="000874A7" w:rsidRDefault="003750EF" w:rsidP="003750EF">
      <w:pPr>
        <w:pStyle w:val="ListBullet"/>
        <w:numPr>
          <w:ilvl w:val="0"/>
          <w:numId w:val="0"/>
        </w:numPr>
        <w:tabs>
          <w:tab w:val="num" w:pos="1897"/>
        </w:tabs>
        <w:ind w:left="720"/>
        <w:rPr>
          <w:rFonts w:ascii="Verdana" w:hAnsi="Verdana"/>
          <w:sz w:val="32"/>
          <w:szCs w:val="32"/>
        </w:rPr>
      </w:pPr>
      <w:r w:rsidRPr="00D1704A">
        <w:rPr>
          <w:rFonts w:ascii="Verdana" w:hAnsi="Verdana"/>
          <w:color w:val="E83B71"/>
          <w:sz w:val="32"/>
          <w:szCs w:val="32"/>
        </w:rPr>
        <w:t>Codename:</w:t>
      </w:r>
      <w:r w:rsidRPr="000874A7">
        <w:rPr>
          <w:rFonts w:ascii="Verdana" w:hAnsi="Verdana"/>
          <w:sz w:val="32"/>
          <w:szCs w:val="32"/>
        </w:rPr>
        <w:t xml:space="preserve"> </w:t>
      </w:r>
      <w:proofErr w:type="spellStart"/>
      <w:r w:rsidRPr="000874A7">
        <w:rPr>
          <w:rFonts w:ascii="Verdana" w:hAnsi="Verdana"/>
          <w:sz w:val="32"/>
          <w:szCs w:val="32"/>
        </w:rPr>
        <w:t>Itzhome</w:t>
      </w:r>
      <w:proofErr w:type="spellEnd"/>
    </w:p>
    <w:p w14:paraId="01B607A3" w14:textId="537A0076" w:rsidR="003750EF" w:rsidRPr="000874A7" w:rsidRDefault="003750EF" w:rsidP="003750EF">
      <w:pPr>
        <w:pStyle w:val="ListBullet"/>
        <w:numPr>
          <w:ilvl w:val="0"/>
          <w:numId w:val="0"/>
        </w:numPr>
        <w:tabs>
          <w:tab w:val="num" w:pos="1897"/>
        </w:tabs>
        <w:ind w:left="720"/>
        <w:rPr>
          <w:rFonts w:ascii="Verdana" w:hAnsi="Verdana"/>
          <w:sz w:val="32"/>
          <w:szCs w:val="32"/>
        </w:rPr>
      </w:pPr>
      <w:r w:rsidRPr="00D1704A">
        <w:rPr>
          <w:rFonts w:ascii="Verdana" w:hAnsi="Verdana"/>
          <w:color w:val="E83B71"/>
          <w:sz w:val="32"/>
          <w:szCs w:val="32"/>
        </w:rPr>
        <w:t xml:space="preserve">Your Key: </w:t>
      </w:r>
      <w:r w:rsidRPr="000874A7">
        <w:rPr>
          <w:rFonts w:ascii="Verdana" w:hAnsi="Verdana"/>
          <w:sz w:val="32"/>
          <w:szCs w:val="32"/>
        </w:rPr>
        <w:t xml:space="preserve">&lt;insert your authentication code here&gt; </w:t>
      </w:r>
      <w:r w:rsidR="0005784A" w:rsidRPr="00D1704A">
        <w:rPr>
          <w:rFonts w:ascii="Verdana" w:hAnsi="Verdana"/>
          <w:i/>
          <w:iCs/>
          <w:sz w:val="32"/>
          <w:szCs w:val="32"/>
        </w:rPr>
        <w:t xml:space="preserve">(you should </w:t>
      </w:r>
      <w:proofErr w:type="gramStart"/>
      <w:r w:rsidR="0005784A" w:rsidRPr="00D1704A">
        <w:rPr>
          <w:rFonts w:ascii="Verdana" w:hAnsi="Verdana"/>
          <w:i/>
          <w:iCs/>
          <w:sz w:val="32"/>
          <w:szCs w:val="32"/>
        </w:rPr>
        <w:t>of</w:t>
      </w:r>
      <w:proofErr w:type="gramEnd"/>
      <w:r w:rsidR="0005784A" w:rsidRPr="00D1704A">
        <w:rPr>
          <w:rFonts w:ascii="Verdana" w:hAnsi="Verdana"/>
          <w:i/>
          <w:iCs/>
          <w:sz w:val="32"/>
          <w:szCs w:val="32"/>
        </w:rPr>
        <w:t xml:space="preserve"> copied it previously on</w:t>
      </w:r>
      <w:r w:rsidR="00970638" w:rsidRPr="00D1704A">
        <w:rPr>
          <w:rFonts w:ascii="Verdana" w:hAnsi="Verdana"/>
          <w:i/>
          <w:iCs/>
          <w:sz w:val="32"/>
          <w:szCs w:val="32"/>
        </w:rPr>
        <w:t xml:space="preserve"> Stripe)</w:t>
      </w:r>
    </w:p>
    <w:p w14:paraId="3E5865D9" w14:textId="46B65261" w:rsidR="0005784A" w:rsidRDefault="0005784A" w:rsidP="003750EF">
      <w:pPr>
        <w:pStyle w:val="ListBullet"/>
        <w:numPr>
          <w:ilvl w:val="0"/>
          <w:numId w:val="0"/>
        </w:numPr>
        <w:tabs>
          <w:tab w:val="num" w:pos="1897"/>
        </w:tabs>
        <w:ind w:left="720"/>
        <w:rPr>
          <w:rFonts w:ascii="Verdana" w:hAnsi="Verdana"/>
          <w:sz w:val="32"/>
          <w:szCs w:val="32"/>
        </w:rPr>
      </w:pPr>
      <w:r w:rsidRPr="00D1704A">
        <w:rPr>
          <w:rFonts w:ascii="Verdana" w:hAnsi="Verdana"/>
          <w:color w:val="E83B71"/>
          <w:sz w:val="32"/>
          <w:szCs w:val="32"/>
        </w:rPr>
        <w:t xml:space="preserve">Type of Key: </w:t>
      </w:r>
      <w:r w:rsidRPr="000874A7">
        <w:rPr>
          <w:rFonts w:ascii="Verdana" w:hAnsi="Verdana"/>
          <w:sz w:val="32"/>
          <w:szCs w:val="32"/>
        </w:rPr>
        <w:t>Time Based</w:t>
      </w:r>
    </w:p>
    <w:p w14:paraId="5180BADE" w14:textId="77777777" w:rsidR="00BE7487" w:rsidRDefault="00BE7487" w:rsidP="003750EF">
      <w:pPr>
        <w:pStyle w:val="ListBullet"/>
        <w:numPr>
          <w:ilvl w:val="0"/>
          <w:numId w:val="0"/>
        </w:numPr>
        <w:tabs>
          <w:tab w:val="num" w:pos="1897"/>
        </w:tabs>
        <w:ind w:left="720"/>
        <w:rPr>
          <w:rFonts w:ascii="Verdana" w:hAnsi="Verdana"/>
          <w:sz w:val="32"/>
          <w:szCs w:val="32"/>
        </w:rPr>
      </w:pPr>
    </w:p>
    <w:p w14:paraId="37C3B359" w14:textId="653EA412" w:rsidR="00A57DBC" w:rsidRPr="000874A7" w:rsidRDefault="00A57DBC" w:rsidP="003750EF">
      <w:pPr>
        <w:pStyle w:val="ListBullet"/>
        <w:numPr>
          <w:ilvl w:val="0"/>
          <w:numId w:val="0"/>
        </w:numPr>
        <w:tabs>
          <w:tab w:val="num" w:pos="1897"/>
        </w:tabs>
        <w:ind w:left="720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And hit Add</w:t>
      </w:r>
    </w:p>
    <w:p w14:paraId="721A6134" w14:textId="77777777" w:rsidR="00970638" w:rsidRPr="000874A7" w:rsidRDefault="00970638" w:rsidP="003750EF">
      <w:pPr>
        <w:pStyle w:val="ListBullet"/>
        <w:numPr>
          <w:ilvl w:val="0"/>
          <w:numId w:val="0"/>
        </w:numPr>
        <w:tabs>
          <w:tab w:val="num" w:pos="1897"/>
        </w:tabs>
        <w:ind w:left="720"/>
        <w:rPr>
          <w:rFonts w:ascii="Verdana" w:hAnsi="Verdana"/>
          <w:sz w:val="32"/>
          <w:szCs w:val="32"/>
        </w:rPr>
      </w:pPr>
    </w:p>
    <w:p w14:paraId="59D4E6FC" w14:textId="3606A68A" w:rsidR="00982205" w:rsidRDefault="00982205" w:rsidP="00E50080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  <w:lang w:val="en-GB"/>
        </w:rPr>
      </w:pPr>
      <w:r w:rsidRPr="000874A7">
        <w:rPr>
          <w:rFonts w:ascii="Verdana" w:hAnsi="Verdana"/>
          <w:noProof/>
          <w:sz w:val="32"/>
          <w:szCs w:val="32"/>
          <w:lang w:val="en-GB"/>
        </w:rPr>
        <w:drawing>
          <wp:inline distT="0" distB="0" distL="0" distR="0" wp14:anchorId="30B639D1" wp14:editId="5CA1F730">
            <wp:extent cx="3703320" cy="4514850"/>
            <wp:effectExtent l="0" t="0" r="0" b="0"/>
            <wp:docPr id="597005166" name="Picture 1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005166" name="Picture 11" descr="A screenshot of a phon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3" b="40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C5692" w14:textId="77777777" w:rsidR="004C1FCC" w:rsidRDefault="004C1FCC" w:rsidP="00E50080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  <w:lang w:val="en-GB"/>
        </w:rPr>
      </w:pPr>
    </w:p>
    <w:p w14:paraId="484FEDF9" w14:textId="77777777" w:rsidR="004C1FCC" w:rsidRDefault="004C1FCC" w:rsidP="00E50080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  <w:lang w:val="en-GB"/>
        </w:rPr>
      </w:pPr>
    </w:p>
    <w:p w14:paraId="07E067F6" w14:textId="77777777" w:rsidR="004C1FCC" w:rsidRPr="00982205" w:rsidRDefault="004C1FCC" w:rsidP="00E50080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  <w:lang w:val="en-GB"/>
        </w:rPr>
      </w:pPr>
    </w:p>
    <w:p w14:paraId="0BA7E0B2" w14:textId="038A2187" w:rsidR="004C1FCC" w:rsidRPr="008B6988" w:rsidRDefault="00A57DBC" w:rsidP="008B6988">
      <w:pPr>
        <w:pStyle w:val="ListBullet"/>
        <w:rPr>
          <w:rFonts w:ascii="Verdana" w:hAnsi="Verdana"/>
          <w:sz w:val="32"/>
          <w:szCs w:val="32"/>
        </w:rPr>
      </w:pPr>
      <w:r w:rsidRPr="008B6988">
        <w:rPr>
          <w:rFonts w:ascii="Verdana" w:hAnsi="Verdana"/>
          <w:sz w:val="32"/>
          <w:szCs w:val="32"/>
        </w:rPr>
        <w:lastRenderedPageBreak/>
        <w:t>You</w:t>
      </w:r>
      <w:r w:rsidR="002F3152" w:rsidRPr="008B6988">
        <w:rPr>
          <w:rFonts w:ascii="Verdana" w:hAnsi="Verdana"/>
          <w:sz w:val="32"/>
          <w:szCs w:val="32"/>
        </w:rPr>
        <w:t xml:space="preserve"> will</w:t>
      </w:r>
      <w:r w:rsidRPr="008B6988">
        <w:rPr>
          <w:rFonts w:ascii="Verdana" w:hAnsi="Verdana"/>
          <w:sz w:val="32"/>
          <w:szCs w:val="32"/>
        </w:rPr>
        <w:t xml:space="preserve"> then be</w:t>
      </w:r>
      <w:r w:rsidR="002F3152" w:rsidRPr="008B6988">
        <w:rPr>
          <w:rFonts w:ascii="Verdana" w:hAnsi="Verdana"/>
          <w:sz w:val="32"/>
          <w:szCs w:val="32"/>
        </w:rPr>
        <w:t xml:space="preserve"> give</w:t>
      </w:r>
      <w:r w:rsidRPr="008B6988">
        <w:rPr>
          <w:rFonts w:ascii="Verdana" w:hAnsi="Verdana"/>
          <w:sz w:val="32"/>
          <w:szCs w:val="32"/>
        </w:rPr>
        <w:t>n</w:t>
      </w:r>
      <w:r w:rsidR="002F3152" w:rsidRPr="008B6988">
        <w:rPr>
          <w:rFonts w:ascii="Verdana" w:hAnsi="Verdana"/>
          <w:sz w:val="32"/>
          <w:szCs w:val="32"/>
        </w:rPr>
        <w:t xml:space="preserve"> a </w:t>
      </w:r>
      <w:proofErr w:type="gramStart"/>
      <w:r w:rsidR="002F3152" w:rsidRPr="008B6988">
        <w:rPr>
          <w:rFonts w:ascii="Verdana" w:hAnsi="Verdana"/>
          <w:sz w:val="32"/>
          <w:szCs w:val="32"/>
        </w:rPr>
        <w:t>6 digit</w:t>
      </w:r>
      <w:proofErr w:type="gramEnd"/>
      <w:r w:rsidR="002F3152" w:rsidRPr="008B6988">
        <w:rPr>
          <w:rFonts w:ascii="Verdana" w:hAnsi="Verdana"/>
          <w:sz w:val="32"/>
          <w:szCs w:val="32"/>
        </w:rPr>
        <w:t xml:space="preserve"> code to input into</w:t>
      </w:r>
      <w:r w:rsidR="008B6988" w:rsidRPr="008B6988">
        <w:rPr>
          <w:rFonts w:ascii="Verdana" w:hAnsi="Verdana"/>
          <w:sz w:val="32"/>
          <w:szCs w:val="32"/>
        </w:rPr>
        <w:t xml:space="preserve"> </w:t>
      </w:r>
      <w:r w:rsidR="002F3152" w:rsidRPr="008B6988">
        <w:rPr>
          <w:rFonts w:ascii="Verdana" w:hAnsi="Verdana"/>
          <w:sz w:val="32"/>
          <w:szCs w:val="32"/>
        </w:rPr>
        <w:t>Stripe (the code changes every 30 seconds)</w:t>
      </w:r>
      <w:r w:rsidR="002F3152" w:rsidRPr="008B6988">
        <w:rPr>
          <w:rFonts w:ascii="Verdana" w:hAnsi="Verdana"/>
          <w:noProof/>
          <w:sz w:val="32"/>
          <w:szCs w:val="32"/>
        </w:rPr>
        <w:t xml:space="preserve"> </w:t>
      </w:r>
    </w:p>
    <w:p w14:paraId="09672464" w14:textId="1F33177D" w:rsidR="004C1FCC" w:rsidRPr="004C1FCC" w:rsidRDefault="004C1FCC" w:rsidP="004C1FCC">
      <w:pPr>
        <w:pStyle w:val="ListBullet"/>
        <w:numPr>
          <w:ilvl w:val="0"/>
          <w:numId w:val="0"/>
        </w:numPr>
        <w:tabs>
          <w:tab w:val="num" w:pos="2257"/>
        </w:tabs>
        <w:ind w:left="1080"/>
        <w:rPr>
          <w:rFonts w:ascii="Verdana" w:hAnsi="Verdana"/>
        </w:rPr>
      </w:pPr>
      <w:r w:rsidRPr="004C1FCC">
        <w:rPr>
          <w:rFonts w:ascii="Verdana" w:hAnsi="Verdan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57E62D3" wp14:editId="6DCBB6BF">
                <wp:simplePos x="0" y="0"/>
                <wp:positionH relativeFrom="column">
                  <wp:posOffset>3648075</wp:posOffset>
                </wp:positionH>
                <wp:positionV relativeFrom="paragraph">
                  <wp:posOffset>43180</wp:posOffset>
                </wp:positionV>
                <wp:extent cx="285750" cy="1352550"/>
                <wp:effectExtent l="133350" t="38100" r="57150" b="76200"/>
                <wp:wrapNone/>
                <wp:docPr id="687379773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13525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E83B7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C8186" id="Straight Arrow Connector 8" o:spid="_x0000_s1026" type="#_x0000_t32" style="position:absolute;margin-left:287.25pt;margin-top:3.4pt;width:22.5pt;height:106.5pt;flip:x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" strokecolor="#e83b71" strokeweight="6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056A223B" w14:textId="55C26F42" w:rsidR="00E50080" w:rsidRPr="000874A7" w:rsidRDefault="002F3152" w:rsidP="004C1FCC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</w:rPr>
      </w:pPr>
      <w:r w:rsidRPr="000874A7">
        <w:rPr>
          <w:rFonts w:ascii="Verdana" w:hAnsi="Verdana"/>
          <w:noProof/>
          <w:sz w:val="32"/>
          <w:szCs w:val="32"/>
        </w:rPr>
        <w:drawing>
          <wp:inline distT="0" distB="0" distL="0" distR="0" wp14:anchorId="1D8FEE57" wp14:editId="0B827CB7">
            <wp:extent cx="5486400" cy="3086100"/>
            <wp:effectExtent l="0" t="0" r="0" b="0"/>
            <wp:docPr id="2104140692" name="Picture 210414069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140692" name="Picture 2104140692" descr="A screenshot of a computer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C3665" w14:textId="77777777" w:rsidR="00396965" w:rsidRPr="000874A7" w:rsidRDefault="00396965" w:rsidP="004C1FCC">
      <w:pPr>
        <w:pStyle w:val="ListBullet"/>
        <w:numPr>
          <w:ilvl w:val="0"/>
          <w:numId w:val="0"/>
        </w:numPr>
        <w:ind w:left="360"/>
        <w:rPr>
          <w:rFonts w:ascii="Verdana" w:hAnsi="Verdana"/>
          <w:sz w:val="32"/>
          <w:szCs w:val="32"/>
        </w:rPr>
      </w:pPr>
    </w:p>
    <w:p w14:paraId="1E315749" w14:textId="77777777" w:rsidR="00D15464" w:rsidRDefault="00D15464" w:rsidP="004C1FCC">
      <w:pPr>
        <w:pStyle w:val="ListBullet"/>
        <w:numPr>
          <w:ilvl w:val="0"/>
          <w:numId w:val="0"/>
        </w:numPr>
        <w:ind w:left="360"/>
        <w:rPr>
          <w:rFonts w:ascii="Verdana" w:hAnsi="Verdana"/>
          <w:color w:val="E83B71"/>
          <w:sz w:val="32"/>
          <w:szCs w:val="32"/>
        </w:rPr>
      </w:pPr>
    </w:p>
    <w:p w14:paraId="04E45569" w14:textId="77777777" w:rsidR="00D15464" w:rsidRDefault="00D15464" w:rsidP="004C1FCC">
      <w:pPr>
        <w:pStyle w:val="ListBullet"/>
        <w:numPr>
          <w:ilvl w:val="0"/>
          <w:numId w:val="0"/>
        </w:numPr>
        <w:ind w:left="360"/>
        <w:rPr>
          <w:rFonts w:ascii="Verdana" w:hAnsi="Verdana"/>
          <w:color w:val="E83B71"/>
          <w:sz w:val="32"/>
          <w:szCs w:val="32"/>
        </w:rPr>
      </w:pPr>
    </w:p>
    <w:p w14:paraId="006287CD" w14:textId="77777777" w:rsidR="00D15464" w:rsidRDefault="00D15464" w:rsidP="004C1FCC">
      <w:pPr>
        <w:pStyle w:val="ListBullet"/>
        <w:numPr>
          <w:ilvl w:val="0"/>
          <w:numId w:val="0"/>
        </w:numPr>
        <w:ind w:left="360"/>
        <w:rPr>
          <w:rFonts w:ascii="Verdana" w:hAnsi="Verdana"/>
          <w:color w:val="E83B71"/>
          <w:sz w:val="32"/>
          <w:szCs w:val="32"/>
        </w:rPr>
      </w:pPr>
    </w:p>
    <w:p w14:paraId="314489EA" w14:textId="77777777" w:rsidR="00D15464" w:rsidRDefault="00D15464" w:rsidP="004C1FCC">
      <w:pPr>
        <w:pStyle w:val="ListBullet"/>
        <w:numPr>
          <w:ilvl w:val="0"/>
          <w:numId w:val="0"/>
        </w:numPr>
        <w:ind w:left="360"/>
        <w:rPr>
          <w:rFonts w:ascii="Verdana" w:hAnsi="Verdana"/>
          <w:color w:val="E83B71"/>
          <w:sz w:val="32"/>
          <w:szCs w:val="32"/>
        </w:rPr>
      </w:pPr>
    </w:p>
    <w:p w14:paraId="178526A9" w14:textId="77777777" w:rsidR="00D15464" w:rsidRDefault="00D15464" w:rsidP="004C1FCC">
      <w:pPr>
        <w:pStyle w:val="ListBullet"/>
        <w:numPr>
          <w:ilvl w:val="0"/>
          <w:numId w:val="0"/>
        </w:numPr>
        <w:ind w:left="360"/>
        <w:rPr>
          <w:rFonts w:ascii="Verdana" w:hAnsi="Verdana"/>
          <w:color w:val="E83B71"/>
          <w:sz w:val="32"/>
          <w:szCs w:val="32"/>
        </w:rPr>
      </w:pPr>
    </w:p>
    <w:p w14:paraId="3F13174D" w14:textId="77777777" w:rsidR="00D15464" w:rsidRDefault="00D15464" w:rsidP="004C1FCC">
      <w:pPr>
        <w:pStyle w:val="ListBullet"/>
        <w:numPr>
          <w:ilvl w:val="0"/>
          <w:numId w:val="0"/>
        </w:numPr>
        <w:ind w:left="360"/>
        <w:rPr>
          <w:rFonts w:ascii="Verdana" w:hAnsi="Verdana"/>
          <w:color w:val="E83B71"/>
          <w:sz w:val="32"/>
          <w:szCs w:val="32"/>
        </w:rPr>
      </w:pPr>
    </w:p>
    <w:p w14:paraId="5678DCD7" w14:textId="77777777" w:rsidR="00D15464" w:rsidRDefault="00D15464" w:rsidP="004C1FCC">
      <w:pPr>
        <w:pStyle w:val="ListBullet"/>
        <w:numPr>
          <w:ilvl w:val="0"/>
          <w:numId w:val="0"/>
        </w:numPr>
        <w:ind w:left="360"/>
        <w:rPr>
          <w:rFonts w:ascii="Verdana" w:hAnsi="Verdana"/>
          <w:color w:val="E83B71"/>
          <w:sz w:val="32"/>
          <w:szCs w:val="32"/>
        </w:rPr>
      </w:pPr>
    </w:p>
    <w:p w14:paraId="6FE26D83" w14:textId="77777777" w:rsidR="00D15464" w:rsidRDefault="00D15464" w:rsidP="004C1FCC">
      <w:pPr>
        <w:pStyle w:val="ListBullet"/>
        <w:numPr>
          <w:ilvl w:val="0"/>
          <w:numId w:val="0"/>
        </w:numPr>
        <w:ind w:left="360"/>
        <w:rPr>
          <w:rFonts w:ascii="Verdana" w:hAnsi="Verdana"/>
          <w:color w:val="E83B71"/>
          <w:sz w:val="32"/>
          <w:szCs w:val="32"/>
        </w:rPr>
      </w:pPr>
    </w:p>
    <w:p w14:paraId="23185BE9" w14:textId="77777777" w:rsidR="00D15464" w:rsidRDefault="00D15464" w:rsidP="004C1FCC">
      <w:pPr>
        <w:pStyle w:val="ListBullet"/>
        <w:numPr>
          <w:ilvl w:val="0"/>
          <w:numId w:val="0"/>
        </w:numPr>
        <w:ind w:left="360"/>
        <w:rPr>
          <w:rFonts w:ascii="Verdana" w:hAnsi="Verdana"/>
          <w:color w:val="E83B71"/>
          <w:sz w:val="32"/>
          <w:szCs w:val="32"/>
        </w:rPr>
      </w:pPr>
    </w:p>
    <w:p w14:paraId="7DE64FFD" w14:textId="77777777" w:rsidR="00D15464" w:rsidRDefault="00D15464" w:rsidP="004C1FCC">
      <w:pPr>
        <w:pStyle w:val="ListBullet"/>
        <w:numPr>
          <w:ilvl w:val="0"/>
          <w:numId w:val="0"/>
        </w:numPr>
        <w:ind w:left="360"/>
        <w:rPr>
          <w:rFonts w:ascii="Verdana" w:hAnsi="Verdana"/>
          <w:color w:val="E83B71"/>
          <w:sz w:val="32"/>
          <w:szCs w:val="32"/>
        </w:rPr>
      </w:pPr>
    </w:p>
    <w:p w14:paraId="5B54173C" w14:textId="77777777" w:rsidR="00D15464" w:rsidRDefault="00D15464" w:rsidP="004C1FCC">
      <w:pPr>
        <w:pStyle w:val="ListBullet"/>
        <w:numPr>
          <w:ilvl w:val="0"/>
          <w:numId w:val="0"/>
        </w:numPr>
        <w:ind w:left="360"/>
        <w:rPr>
          <w:rFonts w:ascii="Verdana" w:hAnsi="Verdana"/>
          <w:color w:val="E83B71"/>
          <w:sz w:val="32"/>
          <w:szCs w:val="32"/>
        </w:rPr>
      </w:pPr>
    </w:p>
    <w:p w14:paraId="233046B1" w14:textId="77777777" w:rsidR="00D15464" w:rsidRDefault="00D15464" w:rsidP="004C1FCC">
      <w:pPr>
        <w:pStyle w:val="ListBullet"/>
        <w:numPr>
          <w:ilvl w:val="0"/>
          <w:numId w:val="0"/>
        </w:numPr>
        <w:ind w:left="360"/>
        <w:rPr>
          <w:rFonts w:ascii="Verdana" w:hAnsi="Verdana"/>
          <w:color w:val="E83B71"/>
          <w:sz w:val="32"/>
          <w:szCs w:val="32"/>
        </w:rPr>
      </w:pPr>
    </w:p>
    <w:p w14:paraId="0C25193F" w14:textId="440C33E9" w:rsidR="00396965" w:rsidRPr="001B4125" w:rsidRDefault="004C1FCC" w:rsidP="004C1FCC">
      <w:pPr>
        <w:pStyle w:val="ListBullet"/>
        <w:numPr>
          <w:ilvl w:val="0"/>
          <w:numId w:val="0"/>
        </w:numPr>
        <w:ind w:left="360"/>
        <w:rPr>
          <w:rFonts w:ascii="Verdana" w:hAnsi="Verdana"/>
          <w:color w:val="E83B71"/>
          <w:sz w:val="32"/>
          <w:szCs w:val="32"/>
        </w:rPr>
      </w:pPr>
      <w:r w:rsidRPr="001B4125">
        <w:rPr>
          <w:rFonts w:ascii="Verdana" w:hAnsi="Verdana"/>
          <w:color w:val="E83B71"/>
          <w:sz w:val="32"/>
          <w:szCs w:val="32"/>
        </w:rPr>
        <w:t>IMPORTANT!!!</w:t>
      </w:r>
    </w:p>
    <w:p w14:paraId="03F2AB7E" w14:textId="7BCFB482" w:rsidR="00B04A92" w:rsidRPr="001B4125" w:rsidRDefault="00E10908">
      <w:pPr>
        <w:pStyle w:val="ListBullet"/>
        <w:rPr>
          <w:rFonts w:ascii="Verdana" w:hAnsi="Verdana"/>
          <w:sz w:val="32"/>
          <w:szCs w:val="32"/>
        </w:rPr>
      </w:pPr>
      <w:r w:rsidRPr="001B4125">
        <w:rPr>
          <w:rFonts w:ascii="Verdana" w:hAnsi="Verdana"/>
          <w:sz w:val="32"/>
          <w:szCs w:val="32"/>
        </w:rPr>
        <w:lastRenderedPageBreak/>
        <w:t>Save your backup code somewhere safe and click Next</w:t>
      </w:r>
      <w:r w:rsidR="00BE7487" w:rsidRPr="001B4125">
        <w:rPr>
          <w:rFonts w:ascii="Verdana" w:hAnsi="Verdana"/>
          <w:sz w:val="32"/>
          <w:szCs w:val="32"/>
        </w:rPr>
        <w:t>. You will need this if for some reason you can’t access your stripe account in the future.</w:t>
      </w:r>
      <w:r w:rsidR="001B4125" w:rsidRPr="001B4125">
        <w:rPr>
          <w:rFonts w:ascii="Verdana" w:hAnsi="Verdana"/>
          <w:sz w:val="32"/>
          <w:szCs w:val="32"/>
        </w:rPr>
        <w:t xml:space="preserve"> </w:t>
      </w:r>
      <w:proofErr w:type="spellStart"/>
      <w:r w:rsidR="001B4125" w:rsidRPr="001B4125">
        <w:rPr>
          <w:rFonts w:ascii="Verdana" w:hAnsi="Verdana"/>
          <w:sz w:val="32"/>
          <w:szCs w:val="32"/>
        </w:rPr>
        <w:t>Itzhome</w:t>
      </w:r>
      <w:proofErr w:type="spellEnd"/>
      <w:r w:rsidR="001B4125" w:rsidRPr="001B4125">
        <w:rPr>
          <w:rFonts w:ascii="Verdana" w:hAnsi="Verdana"/>
          <w:sz w:val="32"/>
          <w:szCs w:val="32"/>
        </w:rPr>
        <w:t xml:space="preserve"> do not keep copies of these codes.</w:t>
      </w:r>
    </w:p>
    <w:p w14:paraId="550B215A" w14:textId="61EB3C6A" w:rsidR="00396965" w:rsidRPr="000874A7" w:rsidRDefault="00396965" w:rsidP="00396965">
      <w:pPr>
        <w:pStyle w:val="ListBullet"/>
        <w:numPr>
          <w:ilvl w:val="0"/>
          <w:numId w:val="0"/>
        </w:numPr>
        <w:ind w:left="360"/>
        <w:rPr>
          <w:rFonts w:ascii="Verdana" w:hAnsi="Verdana"/>
        </w:rPr>
      </w:pPr>
      <w:r w:rsidRPr="000874A7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33EFAA4" wp14:editId="1F7DEF79">
                <wp:simplePos x="0" y="0"/>
                <wp:positionH relativeFrom="column">
                  <wp:posOffset>2908935</wp:posOffset>
                </wp:positionH>
                <wp:positionV relativeFrom="paragraph">
                  <wp:posOffset>3056890</wp:posOffset>
                </wp:positionV>
                <wp:extent cx="1104900" cy="257175"/>
                <wp:effectExtent l="57150" t="57150" r="57150" b="142875"/>
                <wp:wrapNone/>
                <wp:docPr id="942429495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900" cy="25717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E83B7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484FC" id="Straight Arrow Connector 8" o:spid="_x0000_s1026" type="#_x0000_t32" style="position:absolute;margin-left:229.05pt;margin-top:240.7pt;width:87pt;height:20.25pt;flip:x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" strokecolor="#e83b71" strokeweight="6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0874A7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58910D8" wp14:editId="7F5C7B9D">
                <wp:simplePos x="0" y="0"/>
                <wp:positionH relativeFrom="column">
                  <wp:posOffset>514350</wp:posOffset>
                </wp:positionH>
                <wp:positionV relativeFrom="paragraph">
                  <wp:posOffset>3305175</wp:posOffset>
                </wp:positionV>
                <wp:extent cx="2247900" cy="285750"/>
                <wp:effectExtent l="57150" t="19050" r="76200" b="95250"/>
                <wp:wrapNone/>
                <wp:docPr id="1090173391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285750"/>
                        </a:xfrm>
                        <a:prstGeom prst="rect">
                          <a:avLst/>
                        </a:prstGeom>
                        <a:solidFill>
                          <a:srgbClr val="E83B7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0C92E9" id="Rectangle 13" o:spid="_x0000_s1026" style="position:absolute;margin-left:40.5pt;margin-top:260.25pt;width:177pt;height:22.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" fillcolor="#e83b71" strokecolor="#4579b8 [3044]">
                <v:shadow on="t" color="black" opacity="22937f" origin=",.5" offset="0,.63889mm"/>
              </v:rect>
            </w:pict>
          </mc:Fallback>
        </mc:AlternateContent>
      </w:r>
      <w:r w:rsidRPr="000874A7">
        <w:rPr>
          <w:rFonts w:ascii="Verdana" w:hAnsi="Verdana"/>
          <w:noProof/>
        </w:rPr>
        <w:drawing>
          <wp:inline distT="0" distB="0" distL="0" distR="0" wp14:anchorId="08663BA7" wp14:editId="74DC9B57">
            <wp:extent cx="3785235" cy="5248275"/>
            <wp:effectExtent l="0" t="0" r="5715" b="9525"/>
            <wp:docPr id="958887381" name="Picture 12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887381" name="Picture 12" descr="A screenshot of a phon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6" b="30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23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91E42" w14:textId="77777777" w:rsidR="00E10908" w:rsidRPr="000874A7" w:rsidRDefault="00E10908" w:rsidP="00E10908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2278A79E" w14:textId="77777777" w:rsidR="00EA1491" w:rsidRPr="000874A7" w:rsidRDefault="00EA1491" w:rsidP="00E10908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50A0249C" w14:textId="77777777" w:rsidR="00396965" w:rsidRPr="000874A7" w:rsidRDefault="00396965" w:rsidP="00E10908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3D273E66" w14:textId="77777777" w:rsidR="00396965" w:rsidRPr="000874A7" w:rsidRDefault="00396965" w:rsidP="00E10908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5FD56D31" w14:textId="77777777" w:rsidR="00396965" w:rsidRPr="000874A7" w:rsidRDefault="00396965" w:rsidP="00E10908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</w:p>
    <w:p w14:paraId="7E073AD0" w14:textId="77777777" w:rsidR="00B04A92" w:rsidRPr="00E20510" w:rsidRDefault="00EA1491">
      <w:pPr>
        <w:pStyle w:val="Heading1"/>
        <w:rPr>
          <w:rFonts w:ascii="Verdana" w:hAnsi="Verdana"/>
          <w:color w:val="E83B71"/>
          <w:sz w:val="32"/>
          <w:szCs w:val="32"/>
        </w:rPr>
      </w:pPr>
      <w:r w:rsidRPr="00E20510">
        <w:rPr>
          <w:rFonts w:ascii="Verdana" w:hAnsi="Verdana"/>
          <w:color w:val="E83B71"/>
          <w:sz w:val="32"/>
          <w:szCs w:val="32"/>
        </w:rPr>
        <w:lastRenderedPageBreak/>
        <w:t>3. Business Details</w:t>
      </w:r>
    </w:p>
    <w:p w14:paraId="76683BD0" w14:textId="77777777" w:rsidR="00B04A92" w:rsidRPr="000874A7" w:rsidRDefault="00EA1491">
      <w:pPr>
        <w:pStyle w:val="ListBullet"/>
        <w:rPr>
          <w:rFonts w:ascii="Verdana" w:hAnsi="Verdana"/>
          <w:sz w:val="32"/>
          <w:szCs w:val="32"/>
        </w:rPr>
      </w:pPr>
      <w:r w:rsidRPr="000874A7">
        <w:rPr>
          <w:rFonts w:ascii="Verdana" w:hAnsi="Verdana"/>
          <w:sz w:val="32"/>
          <w:szCs w:val="32"/>
        </w:rPr>
        <w:t>Select:</w:t>
      </w:r>
    </w:p>
    <w:p w14:paraId="17CB9D51" w14:textId="20C119DB" w:rsidR="00B04A92" w:rsidRPr="000874A7" w:rsidRDefault="00EA1491">
      <w:pPr>
        <w:pStyle w:val="ListBullet"/>
        <w:rPr>
          <w:rFonts w:ascii="Verdana" w:hAnsi="Verdana"/>
          <w:sz w:val="32"/>
          <w:szCs w:val="32"/>
        </w:rPr>
      </w:pPr>
      <w:r w:rsidRPr="000874A7">
        <w:rPr>
          <w:rFonts w:ascii="Verdana" w:hAnsi="Verdana"/>
          <w:sz w:val="32"/>
          <w:szCs w:val="32"/>
        </w:rPr>
        <w:t xml:space="preserve">- </w:t>
      </w:r>
      <w:r w:rsidR="00E10908" w:rsidRPr="000874A7">
        <w:rPr>
          <w:rFonts w:ascii="Verdana" w:hAnsi="Verdana"/>
          <w:sz w:val="32"/>
          <w:szCs w:val="32"/>
        </w:rPr>
        <w:t>Business Location</w:t>
      </w:r>
      <w:r w:rsidRPr="000874A7">
        <w:rPr>
          <w:rFonts w:ascii="Verdana" w:hAnsi="Verdana"/>
          <w:sz w:val="32"/>
          <w:szCs w:val="32"/>
        </w:rPr>
        <w:t>: United Kingdom</w:t>
      </w:r>
    </w:p>
    <w:p w14:paraId="795EDE8D" w14:textId="77777777" w:rsidR="00B04A92" w:rsidRPr="000874A7" w:rsidRDefault="00EA1491">
      <w:pPr>
        <w:pStyle w:val="ListBullet"/>
        <w:rPr>
          <w:rFonts w:ascii="Verdana" w:hAnsi="Verdana"/>
          <w:sz w:val="32"/>
          <w:szCs w:val="32"/>
        </w:rPr>
      </w:pPr>
      <w:r w:rsidRPr="000874A7">
        <w:rPr>
          <w:rFonts w:ascii="Verdana" w:hAnsi="Verdana"/>
          <w:sz w:val="32"/>
          <w:szCs w:val="32"/>
        </w:rPr>
        <w:t>- Business Type: Sole Trader</w:t>
      </w:r>
    </w:p>
    <w:p w14:paraId="7C057236" w14:textId="2C62F855" w:rsidR="00B04A92" w:rsidRPr="000874A7" w:rsidRDefault="00E10908">
      <w:pPr>
        <w:pStyle w:val="ListBullet"/>
        <w:rPr>
          <w:rFonts w:ascii="Verdana" w:hAnsi="Verdana"/>
          <w:sz w:val="32"/>
          <w:szCs w:val="32"/>
        </w:rPr>
      </w:pPr>
      <w:r w:rsidRPr="000874A7">
        <w:rPr>
          <w:rFonts w:ascii="Verdana" w:hAnsi="Verdana"/>
          <w:noProof/>
          <w:sz w:val="32"/>
          <w:szCs w:val="32"/>
        </w:rPr>
        <w:drawing>
          <wp:inline distT="0" distB="0" distL="0" distR="0" wp14:anchorId="6BDD93F7" wp14:editId="084D2ED9">
            <wp:extent cx="5486400" cy="3086100"/>
            <wp:effectExtent l="0" t="0" r="0" b="0"/>
            <wp:docPr id="1054778620" name="Picture 105477862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78620" name="Picture 1054778620" descr="A screenshot of a computer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74A7">
        <w:rPr>
          <w:rFonts w:ascii="Verdana" w:hAnsi="Verdana"/>
          <w:sz w:val="32"/>
          <w:szCs w:val="32"/>
        </w:rPr>
        <w:t>Click Continue</w:t>
      </w:r>
    </w:p>
    <w:p w14:paraId="77FB6F76" w14:textId="77777777" w:rsidR="00B04A92" w:rsidRPr="00E20510" w:rsidRDefault="00EA1491">
      <w:pPr>
        <w:pStyle w:val="Heading1"/>
        <w:rPr>
          <w:rFonts w:ascii="Verdana" w:hAnsi="Verdana"/>
          <w:color w:val="E83B71"/>
          <w:sz w:val="32"/>
          <w:szCs w:val="32"/>
        </w:rPr>
      </w:pPr>
      <w:r w:rsidRPr="00E20510">
        <w:rPr>
          <w:rFonts w:ascii="Verdana" w:hAnsi="Verdana"/>
          <w:color w:val="E83B71"/>
          <w:sz w:val="32"/>
          <w:szCs w:val="32"/>
        </w:rPr>
        <w:t>4. Enter Personal Information</w:t>
      </w:r>
    </w:p>
    <w:p w14:paraId="03EFE6CD" w14:textId="77777777" w:rsidR="00B04A92" w:rsidRPr="000874A7" w:rsidRDefault="00EA1491">
      <w:pPr>
        <w:pStyle w:val="ListBullet"/>
        <w:rPr>
          <w:rFonts w:ascii="Verdana" w:hAnsi="Verdana"/>
          <w:sz w:val="32"/>
          <w:szCs w:val="32"/>
        </w:rPr>
      </w:pPr>
      <w:r w:rsidRPr="000874A7">
        <w:rPr>
          <w:rFonts w:ascii="Verdana" w:hAnsi="Verdana"/>
          <w:sz w:val="32"/>
          <w:szCs w:val="32"/>
        </w:rPr>
        <w:t>Fill in the following:</w:t>
      </w:r>
    </w:p>
    <w:p w14:paraId="2575ED5D" w14:textId="77777777" w:rsidR="00B04A92" w:rsidRPr="000874A7" w:rsidRDefault="00EA1491">
      <w:pPr>
        <w:pStyle w:val="ListBullet"/>
        <w:rPr>
          <w:rFonts w:ascii="Verdana" w:hAnsi="Verdana"/>
          <w:sz w:val="32"/>
          <w:szCs w:val="32"/>
        </w:rPr>
      </w:pPr>
      <w:r w:rsidRPr="000874A7">
        <w:rPr>
          <w:rFonts w:ascii="Verdana" w:hAnsi="Verdana"/>
          <w:sz w:val="32"/>
          <w:szCs w:val="32"/>
        </w:rPr>
        <w:t>- Full Name</w:t>
      </w:r>
    </w:p>
    <w:p w14:paraId="381FC6AD" w14:textId="77777777" w:rsidR="00B04A92" w:rsidRPr="000874A7" w:rsidRDefault="00EA1491">
      <w:pPr>
        <w:pStyle w:val="ListBullet"/>
        <w:rPr>
          <w:rFonts w:ascii="Verdana" w:hAnsi="Verdana"/>
          <w:sz w:val="32"/>
          <w:szCs w:val="32"/>
        </w:rPr>
      </w:pPr>
      <w:r w:rsidRPr="000874A7">
        <w:rPr>
          <w:rFonts w:ascii="Verdana" w:hAnsi="Verdana"/>
          <w:sz w:val="32"/>
          <w:szCs w:val="32"/>
        </w:rPr>
        <w:t>- Date of Birth</w:t>
      </w:r>
    </w:p>
    <w:p w14:paraId="3615B609" w14:textId="77777777" w:rsidR="00B04A92" w:rsidRPr="000874A7" w:rsidRDefault="00EA1491">
      <w:pPr>
        <w:pStyle w:val="ListBullet"/>
        <w:rPr>
          <w:rFonts w:ascii="Verdana" w:hAnsi="Verdana"/>
          <w:sz w:val="32"/>
          <w:szCs w:val="32"/>
        </w:rPr>
      </w:pPr>
      <w:r w:rsidRPr="000874A7">
        <w:rPr>
          <w:rFonts w:ascii="Verdana" w:hAnsi="Verdana"/>
          <w:sz w:val="32"/>
          <w:szCs w:val="32"/>
        </w:rPr>
        <w:t>- Home Address</w:t>
      </w:r>
    </w:p>
    <w:p w14:paraId="79F55347" w14:textId="77777777" w:rsidR="00B04A92" w:rsidRPr="000874A7" w:rsidRDefault="00EA1491">
      <w:pPr>
        <w:pStyle w:val="ListBullet"/>
        <w:rPr>
          <w:rFonts w:ascii="Verdana" w:hAnsi="Verdana"/>
          <w:sz w:val="32"/>
          <w:szCs w:val="32"/>
        </w:rPr>
      </w:pPr>
      <w:r w:rsidRPr="000874A7">
        <w:rPr>
          <w:rFonts w:ascii="Verdana" w:hAnsi="Verdana"/>
          <w:sz w:val="32"/>
          <w:szCs w:val="32"/>
        </w:rPr>
        <w:t>- Phone Number</w:t>
      </w:r>
    </w:p>
    <w:p w14:paraId="4230E6C3" w14:textId="4405145E" w:rsidR="00B04A92" w:rsidRPr="000874A7" w:rsidRDefault="00E10908">
      <w:pPr>
        <w:pStyle w:val="ListBullet"/>
        <w:rPr>
          <w:rFonts w:ascii="Verdana" w:hAnsi="Verdana"/>
          <w:sz w:val="32"/>
          <w:szCs w:val="32"/>
        </w:rPr>
      </w:pPr>
      <w:r w:rsidRPr="000874A7">
        <w:rPr>
          <w:rFonts w:ascii="Verdana" w:hAnsi="Verdana"/>
          <w:noProof/>
          <w:sz w:val="32"/>
          <w:szCs w:val="32"/>
        </w:rPr>
        <w:lastRenderedPageBreak/>
        <w:drawing>
          <wp:inline distT="0" distB="0" distL="0" distR="0" wp14:anchorId="11EB2C33" wp14:editId="18F8814D">
            <wp:extent cx="5486400" cy="3086100"/>
            <wp:effectExtent l="0" t="0" r="0" b="0"/>
            <wp:docPr id="1655706004" name="Picture 1655706004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706004" name="Picture 1655706004" descr="A screenshot of a computer screen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74A7">
        <w:rPr>
          <w:rFonts w:ascii="Verdana" w:hAnsi="Verdana"/>
          <w:sz w:val="32"/>
          <w:szCs w:val="32"/>
        </w:rPr>
        <w:t>Click Continue</w:t>
      </w:r>
    </w:p>
    <w:p w14:paraId="6911A6E5" w14:textId="77777777" w:rsidR="00B04A92" w:rsidRPr="00E20510" w:rsidRDefault="00EA1491">
      <w:pPr>
        <w:pStyle w:val="Heading1"/>
        <w:rPr>
          <w:rFonts w:ascii="Verdana" w:hAnsi="Verdana"/>
          <w:color w:val="E83B71"/>
          <w:sz w:val="32"/>
          <w:szCs w:val="32"/>
        </w:rPr>
      </w:pPr>
      <w:r w:rsidRPr="00E20510">
        <w:rPr>
          <w:rFonts w:ascii="Verdana" w:hAnsi="Verdana"/>
          <w:color w:val="E83B71"/>
          <w:sz w:val="32"/>
          <w:szCs w:val="32"/>
        </w:rPr>
        <w:t>5. Business Information</w:t>
      </w:r>
    </w:p>
    <w:p w14:paraId="653C9A26" w14:textId="77777777" w:rsidR="00B04A92" w:rsidRPr="000874A7" w:rsidRDefault="00EA1491">
      <w:pPr>
        <w:pStyle w:val="ListBullet"/>
        <w:rPr>
          <w:rFonts w:ascii="Verdana" w:hAnsi="Verdana"/>
          <w:sz w:val="32"/>
          <w:szCs w:val="32"/>
        </w:rPr>
      </w:pPr>
      <w:r w:rsidRPr="000874A7">
        <w:rPr>
          <w:rFonts w:ascii="Verdana" w:hAnsi="Verdana"/>
          <w:sz w:val="32"/>
          <w:szCs w:val="32"/>
        </w:rPr>
        <w:t>VAT Number: Leave blank</w:t>
      </w:r>
    </w:p>
    <w:p w14:paraId="60F2806A" w14:textId="30FAE8D7" w:rsidR="00B04A92" w:rsidRPr="000874A7" w:rsidRDefault="00EA1491">
      <w:pPr>
        <w:pStyle w:val="ListBullet"/>
        <w:rPr>
          <w:rFonts w:ascii="Verdana" w:hAnsi="Verdana"/>
          <w:sz w:val="32"/>
          <w:szCs w:val="32"/>
        </w:rPr>
      </w:pPr>
      <w:r w:rsidRPr="000874A7">
        <w:rPr>
          <w:rFonts w:ascii="Verdana" w:hAnsi="Verdana"/>
          <w:sz w:val="32"/>
          <w:szCs w:val="32"/>
        </w:rPr>
        <w:t xml:space="preserve">Industry: Choose </w:t>
      </w:r>
      <w:r w:rsidR="00E57B8A" w:rsidRPr="000874A7">
        <w:rPr>
          <w:rFonts w:ascii="Verdana" w:hAnsi="Verdana"/>
          <w:sz w:val="32"/>
          <w:szCs w:val="32"/>
        </w:rPr>
        <w:t>Personal Services and then Laundry Cleaning</w:t>
      </w:r>
    </w:p>
    <w:p w14:paraId="52354FD4" w14:textId="1394842A" w:rsidR="00B04A92" w:rsidRPr="000874A7" w:rsidRDefault="00EA1491">
      <w:pPr>
        <w:pStyle w:val="ListBullet"/>
        <w:rPr>
          <w:rFonts w:ascii="Verdana" w:hAnsi="Verdana"/>
          <w:sz w:val="32"/>
          <w:szCs w:val="32"/>
        </w:rPr>
      </w:pPr>
      <w:r w:rsidRPr="000874A7">
        <w:rPr>
          <w:rFonts w:ascii="Verdana" w:hAnsi="Verdana"/>
          <w:sz w:val="32"/>
          <w:szCs w:val="32"/>
        </w:rPr>
        <w:t>Website</w:t>
      </w:r>
      <w:r w:rsidR="0025135A">
        <w:rPr>
          <w:rFonts w:ascii="Verdana" w:hAnsi="Verdana"/>
          <w:sz w:val="32"/>
          <w:szCs w:val="32"/>
        </w:rPr>
        <w:t xml:space="preserve">: </w:t>
      </w:r>
      <w:r w:rsidR="0025135A" w:rsidRPr="0025135A">
        <w:rPr>
          <w:rFonts w:ascii="Verdana" w:hAnsi="Verdana"/>
          <w:sz w:val="32"/>
          <w:szCs w:val="32"/>
        </w:rPr>
        <w:t xml:space="preserve">www.itzhome.com/warrington-cleaning </w:t>
      </w:r>
      <w:r w:rsidR="0025135A" w:rsidRPr="00406D82">
        <w:rPr>
          <w:rFonts w:ascii="Verdana" w:hAnsi="Verdana"/>
          <w:b/>
          <w:bCs/>
          <w:sz w:val="32"/>
          <w:szCs w:val="32"/>
        </w:rPr>
        <w:t xml:space="preserve">(this is an </w:t>
      </w:r>
      <w:proofErr w:type="gramStart"/>
      <w:r w:rsidR="0025135A" w:rsidRPr="00406D82">
        <w:rPr>
          <w:rFonts w:ascii="Verdana" w:hAnsi="Verdana"/>
          <w:b/>
          <w:bCs/>
          <w:sz w:val="32"/>
          <w:szCs w:val="32"/>
        </w:rPr>
        <w:t>example,</w:t>
      </w:r>
      <w:proofErr w:type="gramEnd"/>
      <w:r w:rsidR="0025135A" w:rsidRPr="00406D82">
        <w:rPr>
          <w:rFonts w:ascii="Verdana" w:hAnsi="Verdana"/>
          <w:b/>
          <w:bCs/>
          <w:sz w:val="32"/>
          <w:szCs w:val="32"/>
        </w:rPr>
        <w:t xml:space="preserve"> you will need to change the </w:t>
      </w:r>
      <w:proofErr w:type="gramStart"/>
      <w:r w:rsidR="0025135A" w:rsidRPr="00406D82">
        <w:rPr>
          <w:rFonts w:ascii="Verdana" w:hAnsi="Verdana"/>
          <w:b/>
          <w:bCs/>
          <w:sz w:val="32"/>
          <w:szCs w:val="32"/>
        </w:rPr>
        <w:t>town</w:t>
      </w:r>
      <w:proofErr w:type="gramEnd"/>
      <w:r w:rsidR="0025135A" w:rsidRPr="00406D82">
        <w:rPr>
          <w:rFonts w:ascii="Verdana" w:hAnsi="Verdana"/>
          <w:b/>
          <w:bCs/>
          <w:sz w:val="32"/>
          <w:szCs w:val="32"/>
        </w:rPr>
        <w:t xml:space="preserve"> name </w:t>
      </w:r>
      <w:proofErr w:type="gramStart"/>
      <w:r w:rsidR="0025135A" w:rsidRPr="00406D82">
        <w:rPr>
          <w:rFonts w:ascii="Verdana" w:hAnsi="Verdana"/>
          <w:b/>
          <w:bCs/>
          <w:sz w:val="32"/>
          <w:szCs w:val="32"/>
        </w:rPr>
        <w:t>with</w:t>
      </w:r>
      <w:proofErr w:type="gramEnd"/>
      <w:r w:rsidR="0025135A" w:rsidRPr="00406D82">
        <w:rPr>
          <w:rFonts w:ascii="Verdana" w:hAnsi="Verdana"/>
          <w:b/>
          <w:bCs/>
          <w:sz w:val="32"/>
          <w:szCs w:val="32"/>
        </w:rPr>
        <w:t xml:space="preserve"> the area you are servicing and change the service to the service you are offering</w:t>
      </w:r>
      <w:r w:rsidR="00446103" w:rsidRPr="00406D82">
        <w:rPr>
          <w:rFonts w:ascii="Verdana" w:hAnsi="Verdana"/>
          <w:b/>
          <w:bCs/>
          <w:sz w:val="32"/>
          <w:szCs w:val="32"/>
        </w:rPr>
        <w:t>.</w:t>
      </w:r>
      <w:r w:rsidR="00E001C7" w:rsidRPr="00406D82">
        <w:rPr>
          <w:rFonts w:ascii="Verdana" w:hAnsi="Verdana"/>
          <w:b/>
          <w:bCs/>
          <w:sz w:val="32"/>
          <w:szCs w:val="32"/>
        </w:rPr>
        <w:t xml:space="preserve"> </w:t>
      </w:r>
      <w:r w:rsidR="00406D82" w:rsidRPr="00406D82">
        <w:rPr>
          <w:rFonts w:ascii="Verdana" w:hAnsi="Verdana"/>
          <w:b/>
          <w:bCs/>
          <w:sz w:val="32"/>
          <w:szCs w:val="32"/>
        </w:rPr>
        <w:t>The URL MUST NOT contain HTTPS)</w:t>
      </w:r>
      <w:r w:rsidR="00446103">
        <w:rPr>
          <w:rFonts w:ascii="Verdana" w:hAnsi="Verdana"/>
          <w:sz w:val="32"/>
          <w:szCs w:val="32"/>
        </w:rPr>
        <w:t xml:space="preserve"> </w:t>
      </w:r>
      <w:r w:rsidR="0000365D">
        <w:rPr>
          <w:rFonts w:ascii="Verdana" w:hAnsi="Verdana"/>
          <w:sz w:val="32"/>
          <w:szCs w:val="32"/>
        </w:rPr>
        <w:t>– if you are not sure</w:t>
      </w:r>
      <w:r w:rsidR="0063382D">
        <w:rPr>
          <w:rFonts w:ascii="Verdana" w:hAnsi="Verdana"/>
          <w:sz w:val="32"/>
          <w:szCs w:val="32"/>
        </w:rPr>
        <w:t xml:space="preserve"> on your </w:t>
      </w:r>
      <w:proofErr w:type="gramStart"/>
      <w:r w:rsidR="0063382D">
        <w:rPr>
          <w:rFonts w:ascii="Verdana" w:hAnsi="Verdana"/>
          <w:sz w:val="32"/>
          <w:szCs w:val="32"/>
        </w:rPr>
        <w:t>area</w:t>
      </w:r>
      <w:proofErr w:type="gramEnd"/>
      <w:r w:rsidR="0063382D">
        <w:rPr>
          <w:rFonts w:ascii="Verdana" w:hAnsi="Verdana"/>
          <w:sz w:val="32"/>
          <w:szCs w:val="32"/>
        </w:rPr>
        <w:t xml:space="preserve"> please contact your branch manager</w:t>
      </w:r>
    </w:p>
    <w:p w14:paraId="62445261" w14:textId="41EE6929" w:rsidR="00B04A92" w:rsidRPr="000874A7" w:rsidRDefault="00EA1491">
      <w:pPr>
        <w:pStyle w:val="ListBullet"/>
        <w:rPr>
          <w:rFonts w:ascii="Verdana" w:hAnsi="Verdana"/>
          <w:sz w:val="32"/>
          <w:szCs w:val="32"/>
        </w:rPr>
      </w:pPr>
      <w:r w:rsidRPr="000874A7">
        <w:rPr>
          <w:rFonts w:ascii="Verdana" w:hAnsi="Verdana"/>
          <w:sz w:val="32"/>
          <w:szCs w:val="32"/>
        </w:rPr>
        <w:t xml:space="preserve">Product Description: Self-employed cleaner using the </w:t>
      </w:r>
      <w:proofErr w:type="spellStart"/>
      <w:r w:rsidRPr="000874A7">
        <w:rPr>
          <w:rFonts w:ascii="Verdana" w:hAnsi="Verdana"/>
          <w:sz w:val="32"/>
          <w:szCs w:val="32"/>
        </w:rPr>
        <w:t>Itzhome</w:t>
      </w:r>
      <w:proofErr w:type="spellEnd"/>
      <w:r w:rsidRPr="000874A7">
        <w:rPr>
          <w:rFonts w:ascii="Verdana" w:hAnsi="Verdana"/>
          <w:sz w:val="32"/>
          <w:szCs w:val="32"/>
        </w:rPr>
        <w:t xml:space="preserve"> platform</w:t>
      </w:r>
      <w:r w:rsidR="0021693C" w:rsidRPr="000874A7">
        <w:rPr>
          <w:rFonts w:ascii="Verdana" w:hAnsi="Verdana"/>
          <w:sz w:val="32"/>
          <w:szCs w:val="32"/>
        </w:rPr>
        <w:t>. Carrying out a range of services from regular cleans to deep cleans.</w:t>
      </w:r>
    </w:p>
    <w:p w14:paraId="4B39660F" w14:textId="34AF7A57" w:rsidR="00B04A92" w:rsidRPr="000874A7" w:rsidRDefault="00E10908" w:rsidP="00E20510">
      <w:pPr>
        <w:pStyle w:val="ListBullet"/>
        <w:numPr>
          <w:ilvl w:val="0"/>
          <w:numId w:val="0"/>
        </w:numPr>
        <w:rPr>
          <w:rFonts w:ascii="Verdana" w:hAnsi="Verdana"/>
          <w:sz w:val="32"/>
          <w:szCs w:val="32"/>
        </w:rPr>
      </w:pPr>
      <w:r w:rsidRPr="000874A7">
        <w:rPr>
          <w:rFonts w:ascii="Verdana" w:hAnsi="Verdana"/>
          <w:noProof/>
          <w:sz w:val="32"/>
          <w:szCs w:val="32"/>
        </w:rPr>
        <w:lastRenderedPageBreak/>
        <w:drawing>
          <wp:inline distT="0" distB="0" distL="0" distR="0" wp14:anchorId="4AF521AA" wp14:editId="2523DD24">
            <wp:extent cx="5486400" cy="3086100"/>
            <wp:effectExtent l="0" t="0" r="0" b="0"/>
            <wp:docPr id="469823742" name="Picture 46982374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823742" name="Picture 469823742" descr="A screenshot of a computer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74A7">
        <w:rPr>
          <w:rFonts w:ascii="Verdana" w:hAnsi="Verdana"/>
          <w:sz w:val="32"/>
          <w:szCs w:val="32"/>
        </w:rPr>
        <w:t>Click Continue</w:t>
      </w:r>
    </w:p>
    <w:p w14:paraId="740D1E4B" w14:textId="77777777" w:rsidR="00B04A92" w:rsidRPr="00E20510" w:rsidRDefault="00EA1491">
      <w:pPr>
        <w:pStyle w:val="Heading1"/>
        <w:rPr>
          <w:rFonts w:ascii="Verdana" w:hAnsi="Verdana"/>
          <w:color w:val="E83B71"/>
          <w:sz w:val="32"/>
          <w:szCs w:val="32"/>
        </w:rPr>
      </w:pPr>
      <w:r w:rsidRPr="00E20510">
        <w:rPr>
          <w:rFonts w:ascii="Verdana" w:hAnsi="Verdana"/>
          <w:color w:val="E83B71"/>
          <w:sz w:val="32"/>
          <w:szCs w:val="32"/>
        </w:rPr>
        <w:t>6. Enter Bank Details</w:t>
      </w:r>
    </w:p>
    <w:p w14:paraId="36502313" w14:textId="77777777" w:rsidR="00B04A92" w:rsidRPr="000874A7" w:rsidRDefault="00EA1491">
      <w:pPr>
        <w:pStyle w:val="ListBullet"/>
        <w:rPr>
          <w:rFonts w:ascii="Verdana" w:hAnsi="Verdana"/>
          <w:sz w:val="32"/>
          <w:szCs w:val="32"/>
        </w:rPr>
      </w:pPr>
      <w:r w:rsidRPr="000874A7">
        <w:rPr>
          <w:rFonts w:ascii="Verdana" w:hAnsi="Verdana"/>
          <w:sz w:val="32"/>
          <w:szCs w:val="32"/>
        </w:rPr>
        <w:t>Provide your Bank Account Information</w:t>
      </w:r>
    </w:p>
    <w:p w14:paraId="3B5E653F" w14:textId="77777777" w:rsidR="00B04A92" w:rsidRPr="000874A7" w:rsidRDefault="00EA1491">
      <w:pPr>
        <w:pStyle w:val="ListBullet"/>
        <w:rPr>
          <w:rFonts w:ascii="Verdana" w:hAnsi="Verdana"/>
          <w:sz w:val="32"/>
          <w:szCs w:val="32"/>
        </w:rPr>
      </w:pPr>
      <w:r w:rsidRPr="000874A7">
        <w:rPr>
          <w:rFonts w:ascii="Verdana" w:hAnsi="Verdana"/>
          <w:sz w:val="32"/>
          <w:szCs w:val="32"/>
        </w:rPr>
        <w:t>Set Payout Schedule to Manual</w:t>
      </w:r>
    </w:p>
    <w:p w14:paraId="6948079D" w14:textId="4365F2DE" w:rsidR="00B04A92" w:rsidRPr="000874A7" w:rsidRDefault="00E10908" w:rsidP="00E20510">
      <w:pPr>
        <w:pStyle w:val="ListBullet"/>
        <w:numPr>
          <w:ilvl w:val="0"/>
          <w:numId w:val="0"/>
        </w:numPr>
        <w:rPr>
          <w:rFonts w:ascii="Verdana" w:hAnsi="Verdana"/>
          <w:sz w:val="32"/>
          <w:szCs w:val="32"/>
        </w:rPr>
      </w:pPr>
      <w:r w:rsidRPr="000874A7">
        <w:rPr>
          <w:rFonts w:ascii="Verdana" w:hAnsi="Verdana"/>
          <w:noProof/>
          <w:sz w:val="32"/>
          <w:szCs w:val="32"/>
        </w:rPr>
        <w:drawing>
          <wp:inline distT="0" distB="0" distL="0" distR="0" wp14:anchorId="39230A10" wp14:editId="4A54E042">
            <wp:extent cx="5486400" cy="3086100"/>
            <wp:effectExtent l="0" t="0" r="0" b="0"/>
            <wp:docPr id="1748329916" name="Picture 174832991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329916" name="Picture 1748329916" descr="A screenshot of a computer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74A7">
        <w:rPr>
          <w:rFonts w:ascii="Verdana" w:hAnsi="Verdana"/>
          <w:sz w:val="32"/>
          <w:szCs w:val="32"/>
        </w:rPr>
        <w:t>Click Continue</w:t>
      </w:r>
    </w:p>
    <w:p w14:paraId="0B58F026" w14:textId="77777777" w:rsidR="00B04A92" w:rsidRPr="00E20510" w:rsidRDefault="00EA1491">
      <w:pPr>
        <w:pStyle w:val="Heading1"/>
        <w:rPr>
          <w:rFonts w:ascii="Verdana" w:hAnsi="Verdana"/>
          <w:color w:val="E83B71"/>
          <w:sz w:val="32"/>
          <w:szCs w:val="32"/>
        </w:rPr>
      </w:pPr>
      <w:r w:rsidRPr="00E20510">
        <w:rPr>
          <w:rFonts w:ascii="Verdana" w:hAnsi="Verdana"/>
          <w:color w:val="E83B71"/>
          <w:sz w:val="32"/>
          <w:szCs w:val="32"/>
        </w:rPr>
        <w:lastRenderedPageBreak/>
        <w:t>7. Statement Information</w:t>
      </w:r>
    </w:p>
    <w:p w14:paraId="6E019AAC" w14:textId="77777777" w:rsidR="00B04A92" w:rsidRPr="000874A7" w:rsidRDefault="00EA1491">
      <w:pPr>
        <w:pStyle w:val="ListBullet"/>
        <w:rPr>
          <w:rFonts w:ascii="Verdana" w:hAnsi="Verdana"/>
          <w:sz w:val="32"/>
          <w:szCs w:val="32"/>
        </w:rPr>
      </w:pPr>
      <w:r w:rsidRPr="000874A7">
        <w:rPr>
          <w:rFonts w:ascii="Verdana" w:hAnsi="Verdana"/>
          <w:sz w:val="32"/>
          <w:szCs w:val="32"/>
        </w:rPr>
        <w:t>Statement Descriptor: Enter your Full Name</w:t>
      </w:r>
    </w:p>
    <w:p w14:paraId="4E97B384" w14:textId="77777777" w:rsidR="00B04A92" w:rsidRPr="000874A7" w:rsidRDefault="00EA1491">
      <w:pPr>
        <w:pStyle w:val="ListBullet"/>
        <w:rPr>
          <w:rFonts w:ascii="Verdana" w:hAnsi="Verdana"/>
          <w:sz w:val="32"/>
          <w:szCs w:val="32"/>
        </w:rPr>
      </w:pPr>
      <w:r w:rsidRPr="000874A7">
        <w:rPr>
          <w:rFonts w:ascii="Verdana" w:hAnsi="Verdana"/>
          <w:sz w:val="32"/>
          <w:szCs w:val="32"/>
        </w:rPr>
        <w:t>Shortened Descriptor: Leave blank</w:t>
      </w:r>
    </w:p>
    <w:p w14:paraId="2CCEB2AF" w14:textId="77777777" w:rsidR="00B04A92" w:rsidRPr="000874A7" w:rsidRDefault="00EA1491">
      <w:pPr>
        <w:pStyle w:val="ListBullet"/>
        <w:rPr>
          <w:rFonts w:ascii="Verdana" w:hAnsi="Verdana"/>
          <w:sz w:val="32"/>
          <w:szCs w:val="32"/>
        </w:rPr>
      </w:pPr>
      <w:r w:rsidRPr="000874A7">
        <w:rPr>
          <w:rFonts w:ascii="Verdana" w:hAnsi="Verdana"/>
          <w:sz w:val="32"/>
          <w:szCs w:val="32"/>
        </w:rPr>
        <w:t>Customer Service Number: Your mobile number</w:t>
      </w:r>
    </w:p>
    <w:p w14:paraId="10A9B45A" w14:textId="77777777" w:rsidR="00B04A92" w:rsidRPr="000874A7" w:rsidRDefault="00EA1491">
      <w:pPr>
        <w:pStyle w:val="ListBullet"/>
        <w:rPr>
          <w:rFonts w:ascii="Verdana" w:hAnsi="Verdana"/>
          <w:sz w:val="32"/>
          <w:szCs w:val="32"/>
        </w:rPr>
      </w:pPr>
      <w:r w:rsidRPr="000874A7">
        <w:rPr>
          <w:rFonts w:ascii="Verdana" w:hAnsi="Verdana"/>
          <w:sz w:val="32"/>
          <w:szCs w:val="32"/>
        </w:rPr>
        <w:t>Turn OFF: “Show phone number on customer statements”</w:t>
      </w:r>
    </w:p>
    <w:p w14:paraId="00BF7A56" w14:textId="58D04AEB" w:rsidR="00B04A92" w:rsidRPr="000874A7" w:rsidRDefault="00E10908" w:rsidP="00E20510">
      <w:pPr>
        <w:pStyle w:val="ListBullet"/>
        <w:numPr>
          <w:ilvl w:val="0"/>
          <w:numId w:val="0"/>
        </w:numPr>
        <w:rPr>
          <w:rFonts w:ascii="Verdana" w:hAnsi="Verdana"/>
          <w:sz w:val="32"/>
          <w:szCs w:val="32"/>
        </w:rPr>
      </w:pPr>
      <w:r w:rsidRPr="000874A7">
        <w:rPr>
          <w:rFonts w:ascii="Verdana" w:hAnsi="Verdana"/>
          <w:noProof/>
          <w:sz w:val="32"/>
          <w:szCs w:val="32"/>
        </w:rPr>
        <w:drawing>
          <wp:inline distT="0" distB="0" distL="0" distR="0" wp14:anchorId="49D6F78E" wp14:editId="0E0F32BD">
            <wp:extent cx="5486400" cy="3086100"/>
            <wp:effectExtent l="0" t="0" r="0" b="0"/>
            <wp:docPr id="1405834227" name="Picture 140583422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834227" name="Picture 1405834227" descr="A screenshot of a computer&#10;&#10;AI-generated content may b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74A7">
        <w:rPr>
          <w:rFonts w:ascii="Verdana" w:hAnsi="Verdana"/>
          <w:sz w:val="32"/>
          <w:szCs w:val="32"/>
        </w:rPr>
        <w:t>Click Continue</w:t>
      </w:r>
    </w:p>
    <w:p w14:paraId="4CC4D623" w14:textId="77777777" w:rsidR="00B04A92" w:rsidRPr="00E20510" w:rsidRDefault="00EA1491">
      <w:pPr>
        <w:pStyle w:val="Heading1"/>
        <w:rPr>
          <w:rFonts w:ascii="Verdana" w:hAnsi="Verdana"/>
          <w:color w:val="E83B71"/>
          <w:sz w:val="32"/>
          <w:szCs w:val="32"/>
        </w:rPr>
      </w:pPr>
      <w:r w:rsidRPr="00E20510">
        <w:rPr>
          <w:rFonts w:ascii="Verdana" w:hAnsi="Verdana"/>
          <w:color w:val="E83B71"/>
          <w:sz w:val="32"/>
          <w:szCs w:val="32"/>
        </w:rPr>
        <w:t>8. Final Steps</w:t>
      </w:r>
    </w:p>
    <w:p w14:paraId="3657CC97" w14:textId="77777777" w:rsidR="00B04A92" w:rsidRPr="000874A7" w:rsidRDefault="00EA1491">
      <w:pPr>
        <w:pStyle w:val="ListBullet"/>
        <w:rPr>
          <w:rFonts w:ascii="Verdana" w:hAnsi="Verdana"/>
          <w:sz w:val="32"/>
          <w:szCs w:val="32"/>
        </w:rPr>
      </w:pPr>
      <w:r w:rsidRPr="000874A7">
        <w:rPr>
          <w:rFonts w:ascii="Verdana" w:hAnsi="Verdana"/>
          <w:sz w:val="32"/>
          <w:szCs w:val="32"/>
        </w:rPr>
        <w:t>Click Skip or Not Right Now if asked about extra features</w:t>
      </w:r>
    </w:p>
    <w:p w14:paraId="0057C71A" w14:textId="0DAED0C8" w:rsidR="00EC6D2D" w:rsidRPr="000874A7" w:rsidRDefault="00E10908" w:rsidP="00EC6D2D">
      <w:pPr>
        <w:pStyle w:val="ListBullet"/>
        <w:rPr>
          <w:rFonts w:ascii="Verdana" w:hAnsi="Verdana"/>
          <w:sz w:val="32"/>
          <w:szCs w:val="32"/>
        </w:rPr>
      </w:pPr>
      <w:r w:rsidRPr="000874A7">
        <w:rPr>
          <w:rFonts w:ascii="Verdana" w:hAnsi="Verdana"/>
          <w:noProof/>
          <w:sz w:val="32"/>
          <w:szCs w:val="32"/>
        </w:rPr>
        <w:lastRenderedPageBreak/>
        <w:drawing>
          <wp:inline distT="0" distB="0" distL="0" distR="0" wp14:anchorId="095B6DD8" wp14:editId="29AF66B6">
            <wp:extent cx="5486400" cy="3086100"/>
            <wp:effectExtent l="0" t="0" r="0" b="0"/>
            <wp:docPr id="973216031" name="Picture 97321603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216031" name="Picture 973216031" descr="A screenshot of a computer&#10;&#10;AI-generated content may be incorrec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74A7">
        <w:rPr>
          <w:rFonts w:ascii="Verdana" w:hAnsi="Verdana"/>
          <w:sz w:val="32"/>
          <w:szCs w:val="32"/>
        </w:rPr>
        <w:t>Review all your information</w:t>
      </w:r>
      <w:r w:rsidR="00060850" w:rsidRPr="000874A7">
        <w:rPr>
          <w:rFonts w:ascii="Verdana" w:hAnsi="Verdana"/>
          <w:sz w:val="32"/>
          <w:szCs w:val="32"/>
        </w:rPr>
        <w:t xml:space="preserve"> </w:t>
      </w:r>
    </w:p>
    <w:p w14:paraId="6B47A11E" w14:textId="427DF2AF" w:rsidR="00B04A92" w:rsidRPr="000874A7" w:rsidRDefault="00B04A92" w:rsidP="00E20510">
      <w:pPr>
        <w:pStyle w:val="ListBullet"/>
        <w:numPr>
          <w:ilvl w:val="0"/>
          <w:numId w:val="0"/>
        </w:numPr>
        <w:rPr>
          <w:rFonts w:ascii="Verdana" w:hAnsi="Verdana"/>
          <w:sz w:val="32"/>
          <w:szCs w:val="32"/>
        </w:rPr>
      </w:pPr>
    </w:p>
    <w:p w14:paraId="4529A593" w14:textId="3D3673A2" w:rsidR="00B04A92" w:rsidRPr="000874A7" w:rsidRDefault="00E57B8A" w:rsidP="00E20510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  <w:r w:rsidRPr="000874A7">
        <w:rPr>
          <w:rFonts w:ascii="Verdana" w:hAnsi="Verdan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CFEF135" wp14:editId="7E8D64E3">
                <wp:simplePos x="0" y="0"/>
                <wp:positionH relativeFrom="column">
                  <wp:posOffset>2619375</wp:posOffset>
                </wp:positionH>
                <wp:positionV relativeFrom="paragraph">
                  <wp:posOffset>1995170</wp:posOffset>
                </wp:positionV>
                <wp:extent cx="1771650" cy="885825"/>
                <wp:effectExtent l="95250" t="57150" r="95250" b="123825"/>
                <wp:wrapNone/>
                <wp:docPr id="875040268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885825"/>
                        </a:xfrm>
                        <a:prstGeom prst="rect">
                          <a:avLst/>
                        </a:prstGeom>
                        <a:noFill/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D4A088" id="Rectangle 14" o:spid="_x0000_s1026" style="position:absolute;margin-left:206.25pt;margin-top:157.1pt;width:139.5pt;height:69.7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" filled="f" strokecolor="#4579b8 [3044]" strokeweight="6pt">
                <v:shadow on="t" color="black" opacity="22937f" origin=",.5" offset="0,.63889mm"/>
              </v:rect>
            </w:pict>
          </mc:Fallback>
        </mc:AlternateContent>
      </w:r>
      <w:r w:rsidR="00E10908" w:rsidRPr="000874A7">
        <w:rPr>
          <w:rFonts w:ascii="Verdana" w:hAnsi="Verdana"/>
          <w:noProof/>
          <w:sz w:val="32"/>
          <w:szCs w:val="32"/>
        </w:rPr>
        <w:drawing>
          <wp:inline distT="0" distB="0" distL="0" distR="0" wp14:anchorId="3AF5DC73" wp14:editId="3587A385">
            <wp:extent cx="5486400" cy="3086100"/>
            <wp:effectExtent l="0" t="0" r="0" b="0"/>
            <wp:docPr id="1568923080" name="Picture 156892308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923080" name="Picture 1568923080" descr="A screenshot of a computer&#10;&#10;AI-generated content may be incorrec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908" w:rsidRPr="000874A7">
        <w:rPr>
          <w:rFonts w:ascii="Verdana" w:hAnsi="Verdana"/>
          <w:sz w:val="32"/>
          <w:szCs w:val="32"/>
        </w:rPr>
        <w:t>Click Submit</w:t>
      </w:r>
    </w:p>
    <w:p w14:paraId="69C1D35D" w14:textId="77777777" w:rsidR="00B04A92" w:rsidRPr="000874A7" w:rsidRDefault="00EA1491">
      <w:pPr>
        <w:pStyle w:val="ListBullet"/>
        <w:rPr>
          <w:rFonts w:ascii="Verdana" w:hAnsi="Verdana"/>
          <w:sz w:val="32"/>
          <w:szCs w:val="32"/>
        </w:rPr>
      </w:pPr>
      <w:r w:rsidRPr="000874A7">
        <w:rPr>
          <w:rFonts w:ascii="Verdana" w:hAnsi="Verdana"/>
          <w:sz w:val="32"/>
          <w:szCs w:val="32"/>
        </w:rPr>
        <w:t>You're all set up!</w:t>
      </w:r>
    </w:p>
    <w:p w14:paraId="2DD5DE87" w14:textId="00C69A24" w:rsidR="00E10908" w:rsidRPr="000874A7" w:rsidRDefault="00E10908" w:rsidP="00E10908">
      <w:pPr>
        <w:pStyle w:val="ListBullet"/>
        <w:numPr>
          <w:ilvl w:val="0"/>
          <w:numId w:val="0"/>
        </w:numPr>
        <w:ind w:left="360" w:hanging="360"/>
        <w:rPr>
          <w:rFonts w:ascii="Verdana" w:hAnsi="Verdana"/>
          <w:sz w:val="32"/>
          <w:szCs w:val="32"/>
        </w:rPr>
      </w:pPr>
      <w:r w:rsidRPr="000874A7">
        <w:rPr>
          <w:rFonts w:ascii="Verdana" w:hAnsi="Verdana"/>
          <w:noProof/>
          <w:sz w:val="32"/>
          <w:szCs w:val="32"/>
        </w:rPr>
        <w:lastRenderedPageBreak/>
        <w:drawing>
          <wp:inline distT="0" distB="0" distL="0" distR="0" wp14:anchorId="5E141A4A" wp14:editId="1CB34B52">
            <wp:extent cx="5486400" cy="3086100"/>
            <wp:effectExtent l="0" t="0" r="0" b="0"/>
            <wp:docPr id="2131725023" name="Picture 213172502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725023" name="Picture 2131725023" descr="A screenshot of a computer&#10;&#10;AI-generated content may be incorrect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0908" w:rsidRPr="000874A7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23730000">
    <w:abstractNumId w:val="8"/>
  </w:num>
  <w:num w:numId="2" w16cid:durableId="778375158">
    <w:abstractNumId w:val="6"/>
  </w:num>
  <w:num w:numId="3" w16cid:durableId="1164970680">
    <w:abstractNumId w:val="5"/>
  </w:num>
  <w:num w:numId="4" w16cid:durableId="634221286">
    <w:abstractNumId w:val="4"/>
  </w:num>
  <w:num w:numId="5" w16cid:durableId="218126630">
    <w:abstractNumId w:val="7"/>
  </w:num>
  <w:num w:numId="6" w16cid:durableId="2001804871">
    <w:abstractNumId w:val="3"/>
  </w:num>
  <w:num w:numId="7" w16cid:durableId="954405168">
    <w:abstractNumId w:val="2"/>
  </w:num>
  <w:num w:numId="8" w16cid:durableId="645625760">
    <w:abstractNumId w:val="1"/>
  </w:num>
  <w:num w:numId="9" w16cid:durableId="4647818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365D"/>
    <w:rsid w:val="00034616"/>
    <w:rsid w:val="0003465B"/>
    <w:rsid w:val="0005784A"/>
    <w:rsid w:val="0006063C"/>
    <w:rsid w:val="00060850"/>
    <w:rsid w:val="000874A7"/>
    <w:rsid w:val="000C4C89"/>
    <w:rsid w:val="001323DA"/>
    <w:rsid w:val="0015074B"/>
    <w:rsid w:val="001B4125"/>
    <w:rsid w:val="0021693C"/>
    <w:rsid w:val="0025135A"/>
    <w:rsid w:val="0029639D"/>
    <w:rsid w:val="002C6480"/>
    <w:rsid w:val="002F3152"/>
    <w:rsid w:val="002F6B6A"/>
    <w:rsid w:val="00326F90"/>
    <w:rsid w:val="003736AD"/>
    <w:rsid w:val="00373B65"/>
    <w:rsid w:val="003750EF"/>
    <w:rsid w:val="00396965"/>
    <w:rsid w:val="003F7352"/>
    <w:rsid w:val="00406D82"/>
    <w:rsid w:val="00446103"/>
    <w:rsid w:val="00447529"/>
    <w:rsid w:val="004656D6"/>
    <w:rsid w:val="004C1FCC"/>
    <w:rsid w:val="005920AF"/>
    <w:rsid w:val="005B3F12"/>
    <w:rsid w:val="0063382D"/>
    <w:rsid w:val="006C0FB1"/>
    <w:rsid w:val="006E1A78"/>
    <w:rsid w:val="006E5B1A"/>
    <w:rsid w:val="00744E6A"/>
    <w:rsid w:val="00796AFF"/>
    <w:rsid w:val="008B6988"/>
    <w:rsid w:val="008E0865"/>
    <w:rsid w:val="00970638"/>
    <w:rsid w:val="00982205"/>
    <w:rsid w:val="00986C14"/>
    <w:rsid w:val="00990002"/>
    <w:rsid w:val="009B5149"/>
    <w:rsid w:val="00A57DBC"/>
    <w:rsid w:val="00A63C9A"/>
    <w:rsid w:val="00A92600"/>
    <w:rsid w:val="00AA1D8D"/>
    <w:rsid w:val="00B04A92"/>
    <w:rsid w:val="00B47730"/>
    <w:rsid w:val="00BE7487"/>
    <w:rsid w:val="00C463B8"/>
    <w:rsid w:val="00C649E3"/>
    <w:rsid w:val="00CB0664"/>
    <w:rsid w:val="00CB4A69"/>
    <w:rsid w:val="00CE18AD"/>
    <w:rsid w:val="00D15464"/>
    <w:rsid w:val="00D1704A"/>
    <w:rsid w:val="00D25AC8"/>
    <w:rsid w:val="00D61558"/>
    <w:rsid w:val="00E001C7"/>
    <w:rsid w:val="00E10908"/>
    <w:rsid w:val="00E12A3D"/>
    <w:rsid w:val="00E20510"/>
    <w:rsid w:val="00E50080"/>
    <w:rsid w:val="00E57B8A"/>
    <w:rsid w:val="00EA1491"/>
    <w:rsid w:val="00EA3C72"/>
    <w:rsid w:val="00EC6D2D"/>
    <w:rsid w:val="00ED2416"/>
    <w:rsid w:val="00EE7F04"/>
    <w:rsid w:val="00F94D66"/>
    <w:rsid w:val="00FC693F"/>
    <w:rsid w:val="00FD5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C979DB"/>
  <w14:defaultImageDpi w14:val="300"/>
  <w15:docId w15:val="{3A7BAEDF-3F9A-4A4B-B5E2-632530B83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E1090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090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A3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15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2380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Ben Morgan</cp:lastModifiedBy>
  <cp:revision>59</cp:revision>
  <dcterms:created xsi:type="dcterms:W3CDTF">2025-06-06T14:44:00Z</dcterms:created>
  <dcterms:modified xsi:type="dcterms:W3CDTF">2026-01-08T10:53:00Z</dcterms:modified>
  <cp:category/>
</cp:coreProperties>
</file>