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C6A2" w14:textId="7496F3C3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6D15E1F6" w14:textId="1CF70511" w:rsidR="00EA1491" w:rsidRDefault="00EA1491">
      <w:pPr>
        <w:pStyle w:val="Title"/>
        <w:rPr>
          <w:rFonts w:ascii="Verdana" w:hAnsi="Verdan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3E840C6" wp14:editId="3466D60E">
            <wp:simplePos x="0" y="0"/>
            <wp:positionH relativeFrom="column">
              <wp:posOffset>952500</wp:posOffset>
            </wp:positionH>
            <wp:positionV relativeFrom="paragraph">
              <wp:posOffset>12700</wp:posOffset>
            </wp:positionV>
            <wp:extent cx="3581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26777604" name="Picture 1" descr="A pink tag with black and grey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7604" name="Picture 1" descr="A pink tag with black and grey letter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DBA0" w14:textId="31E4434F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3EDEC43E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47FA9D69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5E869C0D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1E2E436B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121BEDE6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274D17FD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7395C2DA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4E04ACE9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1952DC94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57746BC1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1FDA8C9E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2D349393" w14:textId="4E8DB58B" w:rsidR="00EA1491" w:rsidRDefault="00EA1491" w:rsidP="00EA1491">
      <w:pPr>
        <w:pStyle w:val="Title"/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>Setting up your Stripe Account – Sole Trader</w:t>
      </w:r>
    </w:p>
    <w:p w14:paraId="1E8374E1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718AAAA7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753EA79F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5310CD23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353BAA53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6156AF2B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31C2D772" w14:textId="77777777" w:rsidR="00EA1491" w:rsidRDefault="00EA1491">
      <w:pPr>
        <w:pStyle w:val="Title"/>
        <w:rPr>
          <w:rFonts w:ascii="Verdana" w:hAnsi="Verdana"/>
          <w:sz w:val="44"/>
          <w:szCs w:val="44"/>
        </w:rPr>
      </w:pPr>
    </w:p>
    <w:p w14:paraId="3C9C1157" w14:textId="77777777" w:rsidR="00EA1491" w:rsidRDefault="00EA1491" w:rsidP="00EA1491"/>
    <w:p w14:paraId="4A75C9C4" w14:textId="18CF88E5" w:rsidR="00EA1491" w:rsidRPr="00EA1491" w:rsidRDefault="00EA1491" w:rsidP="00EA1491"/>
    <w:p w14:paraId="21A98B87" w14:textId="77777777" w:rsidR="00B04A92" w:rsidRPr="007D392E" w:rsidRDefault="00EA1491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t>1. Start the Signup Process</w:t>
      </w:r>
    </w:p>
    <w:p w14:paraId="005A79BC" w14:textId="444BF771" w:rsidR="00B04A92" w:rsidRDefault="00EA1491">
      <w:pPr>
        <w:pStyle w:val="ListBulle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Click the link in the email titled – “Welcome to </w:t>
      </w:r>
      <w:proofErr w:type="spellStart"/>
      <w:r>
        <w:rPr>
          <w:rFonts w:ascii="Verdana" w:hAnsi="Verdana"/>
          <w:sz w:val="32"/>
          <w:szCs w:val="32"/>
        </w:rPr>
        <w:t>Itzhome</w:t>
      </w:r>
      <w:proofErr w:type="spellEnd"/>
      <w:r>
        <w:rPr>
          <w:rFonts w:ascii="Verdana" w:hAnsi="Verdana"/>
          <w:sz w:val="32"/>
          <w:szCs w:val="32"/>
        </w:rPr>
        <w:t xml:space="preserve">! </w:t>
      </w:r>
      <w:proofErr w:type="spellStart"/>
      <w:proofErr w:type="gramStart"/>
      <w:r>
        <w:rPr>
          <w:rFonts w:ascii="Verdana" w:hAnsi="Verdana"/>
          <w:sz w:val="32"/>
          <w:szCs w:val="32"/>
        </w:rPr>
        <w:t>Lets</w:t>
      </w:r>
      <w:proofErr w:type="spellEnd"/>
      <w:proofErr w:type="gramEnd"/>
      <w:r>
        <w:rPr>
          <w:rFonts w:ascii="Verdana" w:hAnsi="Verdana"/>
          <w:sz w:val="32"/>
          <w:szCs w:val="32"/>
        </w:rPr>
        <w:t xml:space="preserve"> Set Up Your Account for Smooth Payouts”</w:t>
      </w:r>
    </w:p>
    <w:p w14:paraId="30B11328" w14:textId="77777777" w:rsidR="00986C14" w:rsidRDefault="00986C14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F40885B" w14:textId="6EA5891B" w:rsidR="00986C14" w:rsidRPr="00986C14" w:rsidRDefault="00986C14" w:rsidP="00464AF1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  <w:lang w:val="en-GB"/>
        </w:rPr>
      </w:pPr>
      <w:r w:rsidRPr="00986C14">
        <w:rPr>
          <w:rFonts w:ascii="Verdana" w:hAnsi="Verdana"/>
          <w:noProof/>
          <w:sz w:val="32"/>
          <w:szCs w:val="32"/>
          <w:lang w:val="en-GB"/>
        </w:rPr>
        <w:drawing>
          <wp:inline distT="0" distB="0" distL="0" distR="0" wp14:anchorId="4E3C02B4" wp14:editId="5F89B822">
            <wp:extent cx="1660421" cy="3609975"/>
            <wp:effectExtent l="0" t="0" r="0" b="0"/>
            <wp:docPr id="432056592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6592" name="Picture 2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5" cy="36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EC78" w14:textId="77777777" w:rsidR="00986C14" w:rsidRDefault="00986C14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2BF24A4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7EC7326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44400196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48963BE2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5F0C791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1F83616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B26159A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765B455" w14:textId="77777777" w:rsidR="00744E6A" w:rsidRPr="00EA1491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5C0277A" w14:textId="07ED8B04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lastRenderedPageBreak/>
        <w:t>Enter your email address and click Submit</w:t>
      </w:r>
    </w:p>
    <w:p w14:paraId="33ED5571" w14:textId="77777777" w:rsidR="00EE7F04" w:rsidRDefault="00E10908" w:rsidP="00EE7F04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12BABAB4" wp14:editId="6CEF2559">
            <wp:extent cx="5486400" cy="3085993"/>
            <wp:effectExtent l="0" t="0" r="0" b="635"/>
            <wp:docPr id="757688011" name="Picture 7576880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93818" name="Picture 1012893818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D7AC" w14:textId="77777777" w:rsidR="00EE7F04" w:rsidRDefault="00EE7F04" w:rsidP="00EE7F04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71E94398" w14:textId="32F3AF96" w:rsidR="00B04A92" w:rsidRPr="00464AF1" w:rsidRDefault="00E10908" w:rsidP="00EE7F04">
      <w:pPr>
        <w:pStyle w:val="ListBullet"/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464AF1">
        <w:rPr>
          <w:rFonts w:ascii="Verdana" w:hAnsi="Verdana"/>
          <w:sz w:val="32"/>
          <w:szCs w:val="32"/>
        </w:rPr>
        <w:t>Create a password and click Submit</w:t>
      </w:r>
    </w:p>
    <w:p w14:paraId="53E925A3" w14:textId="77777777" w:rsidR="00E10908" w:rsidRDefault="00E1090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9DA24D6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9001682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FE36C05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475099A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F83E600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2627E25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5360E49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A06B7AC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5724097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4E857BA" w14:textId="77777777" w:rsidR="006E1A78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BE90126" w14:textId="77777777" w:rsidR="006E1A78" w:rsidRPr="00EA1491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72F4A6A" w14:textId="03425319" w:rsidR="00B04A92" w:rsidRPr="007D392E" w:rsidRDefault="00EA1491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 xml:space="preserve">2. </w:t>
      </w:r>
      <w:r w:rsidR="00E419F4" w:rsidRPr="007D392E">
        <w:rPr>
          <w:rFonts w:ascii="Verdana" w:hAnsi="Verdana"/>
          <w:color w:val="E91E63"/>
          <w:sz w:val="32"/>
          <w:szCs w:val="32"/>
        </w:rPr>
        <w:t>Mobile Authentication</w:t>
      </w:r>
    </w:p>
    <w:p w14:paraId="1C46B581" w14:textId="301AB60A" w:rsidR="00B04A92" w:rsidRDefault="00E419F4">
      <w:pPr>
        <w:pStyle w:val="ListBulle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Enter your mobile number here and</w:t>
      </w:r>
      <w:r w:rsidR="00F70FED">
        <w:rPr>
          <w:rFonts w:ascii="Verdana" w:hAnsi="Verdana"/>
          <w:sz w:val="32"/>
          <w:szCs w:val="32"/>
        </w:rPr>
        <w:t xml:space="preserve"> </w:t>
      </w:r>
      <w:proofErr w:type="gramStart"/>
      <w:r w:rsidR="00F70FED">
        <w:rPr>
          <w:rFonts w:ascii="Verdana" w:hAnsi="Verdana"/>
          <w:sz w:val="32"/>
          <w:szCs w:val="32"/>
        </w:rPr>
        <w:t>a</w:t>
      </w:r>
      <w:proofErr w:type="gramEnd"/>
      <w:r>
        <w:rPr>
          <w:rFonts w:ascii="Verdana" w:hAnsi="Verdana"/>
          <w:sz w:val="32"/>
          <w:szCs w:val="32"/>
        </w:rPr>
        <w:t xml:space="preserve"> SMS with a </w:t>
      </w:r>
      <w:proofErr w:type="gramStart"/>
      <w:r>
        <w:rPr>
          <w:rFonts w:ascii="Verdana" w:hAnsi="Verdana"/>
          <w:sz w:val="32"/>
          <w:szCs w:val="32"/>
        </w:rPr>
        <w:t>6 digit</w:t>
      </w:r>
      <w:proofErr w:type="gramEnd"/>
      <w:r>
        <w:rPr>
          <w:rFonts w:ascii="Verdana" w:hAnsi="Verdana"/>
          <w:sz w:val="32"/>
          <w:szCs w:val="32"/>
        </w:rPr>
        <w:t xml:space="preserve"> code will be sent to your phone to enter in stripe.</w:t>
      </w:r>
    </w:p>
    <w:p w14:paraId="3E74B88F" w14:textId="0EB356F5" w:rsidR="00E419F4" w:rsidRDefault="00E419F4" w:rsidP="00E419F4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111B9BE5" wp14:editId="063068A0">
            <wp:extent cx="5486400" cy="3086100"/>
            <wp:effectExtent l="0" t="0" r="0" b="0"/>
            <wp:docPr id="636924676" name="Picture 63692467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40692" name="Picture 2104140692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9B22" w14:textId="77777777" w:rsidR="006E1A78" w:rsidRDefault="006E1A78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7866387" w14:textId="79E49AE7" w:rsidR="006E1A78" w:rsidRPr="006E1A78" w:rsidRDefault="006E1A78" w:rsidP="006E1A78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  <w:lang w:val="en-GB"/>
        </w:rPr>
      </w:pPr>
    </w:p>
    <w:p w14:paraId="7E1A5A5A" w14:textId="77777777" w:rsidR="003F7352" w:rsidRDefault="003F7352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DC3B19C" w14:textId="77777777" w:rsidR="003F7352" w:rsidRDefault="003F7352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22157D70" w14:textId="77777777" w:rsidR="003F7352" w:rsidRDefault="003F7352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81CF0A5" w14:textId="77777777" w:rsidR="003F7352" w:rsidRDefault="003F7352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8F2F12B" w14:textId="77777777" w:rsidR="003F7352" w:rsidRDefault="003F7352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4805D754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01A77872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5AA02729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438A2D9F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065119D4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110DA2E1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315B9E11" w14:textId="77777777" w:rsidR="006C0FB1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7E073AD0" w14:textId="77777777" w:rsidR="00B04A92" w:rsidRPr="007D392E" w:rsidRDefault="00EA1491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>3. Business Details</w:t>
      </w:r>
    </w:p>
    <w:p w14:paraId="76683BD0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Select:</w:t>
      </w:r>
    </w:p>
    <w:p w14:paraId="17CB9D51" w14:textId="20C119DB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 xml:space="preserve">- </w:t>
      </w:r>
      <w:r w:rsidR="00E10908" w:rsidRPr="00EA1491">
        <w:rPr>
          <w:rFonts w:ascii="Verdana" w:hAnsi="Verdana"/>
          <w:sz w:val="32"/>
          <w:szCs w:val="32"/>
        </w:rPr>
        <w:t>Business Location</w:t>
      </w:r>
      <w:r w:rsidRPr="00EA1491">
        <w:rPr>
          <w:rFonts w:ascii="Verdana" w:hAnsi="Verdana"/>
          <w:sz w:val="32"/>
          <w:szCs w:val="32"/>
        </w:rPr>
        <w:t>: United Kingdom</w:t>
      </w:r>
    </w:p>
    <w:p w14:paraId="795EDE8D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- Business Type: Sole Trader</w:t>
      </w:r>
    </w:p>
    <w:p w14:paraId="68F34AA9" w14:textId="77777777" w:rsidR="00F70FED" w:rsidRDefault="00E10908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6BDD93F7" wp14:editId="084D2ED9">
            <wp:extent cx="5486400" cy="3086100"/>
            <wp:effectExtent l="0" t="0" r="0" b="0"/>
            <wp:docPr id="1054778620" name="Picture 10547786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78620" name="Picture 1054778620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8A15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7C057236" w14:textId="58842FE7" w:rsidR="00B04A92" w:rsidRPr="00EA1491" w:rsidRDefault="00E10908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Click Continue</w:t>
      </w:r>
    </w:p>
    <w:p w14:paraId="3915002E" w14:textId="77777777" w:rsidR="00F70FED" w:rsidRDefault="00F70FED">
      <w:pPr>
        <w:pStyle w:val="Heading1"/>
        <w:rPr>
          <w:rFonts w:ascii="Verdana" w:hAnsi="Verdana"/>
          <w:sz w:val="32"/>
          <w:szCs w:val="32"/>
        </w:rPr>
      </w:pPr>
    </w:p>
    <w:p w14:paraId="6BF3A3C4" w14:textId="77777777" w:rsidR="00F70FED" w:rsidRDefault="00F70FED">
      <w:pPr>
        <w:pStyle w:val="Heading1"/>
        <w:rPr>
          <w:rFonts w:ascii="Verdana" w:hAnsi="Verdana"/>
          <w:sz w:val="32"/>
          <w:szCs w:val="32"/>
        </w:rPr>
      </w:pPr>
    </w:p>
    <w:p w14:paraId="608A410E" w14:textId="77777777" w:rsidR="00F70FED" w:rsidRPr="00F70FED" w:rsidRDefault="00F70FED" w:rsidP="00F70FED"/>
    <w:p w14:paraId="79B0742B" w14:textId="77777777" w:rsidR="00F70FED" w:rsidRDefault="00F70FED" w:rsidP="00F70FED"/>
    <w:p w14:paraId="2DED2E0A" w14:textId="77777777" w:rsidR="00F70FED" w:rsidRDefault="00F70FED" w:rsidP="00F70FED"/>
    <w:p w14:paraId="0817478C" w14:textId="77777777" w:rsidR="00F70FED" w:rsidRDefault="00F70FED" w:rsidP="00F70FED"/>
    <w:p w14:paraId="775A7B3E" w14:textId="77777777" w:rsidR="00F70FED" w:rsidRPr="00F70FED" w:rsidRDefault="00F70FED" w:rsidP="00F70FED"/>
    <w:p w14:paraId="77FB6F76" w14:textId="7CDE92BB" w:rsidR="00B04A92" w:rsidRPr="007D392E" w:rsidRDefault="00EA1491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>4. Enter Personal Information</w:t>
      </w:r>
    </w:p>
    <w:p w14:paraId="03EFE6CD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Fill in the following:</w:t>
      </w:r>
    </w:p>
    <w:p w14:paraId="2575ED5D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- Full Name</w:t>
      </w:r>
    </w:p>
    <w:p w14:paraId="381FC6AD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- Date of Birth</w:t>
      </w:r>
    </w:p>
    <w:p w14:paraId="3615B609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- Home Address</w:t>
      </w:r>
    </w:p>
    <w:p w14:paraId="79F55347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- Phone Number</w:t>
      </w:r>
    </w:p>
    <w:p w14:paraId="184AA283" w14:textId="77777777" w:rsidR="00F70FED" w:rsidRDefault="00E10908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11EB2C33" wp14:editId="18F8814D">
            <wp:extent cx="5486400" cy="3086100"/>
            <wp:effectExtent l="0" t="0" r="0" b="0"/>
            <wp:docPr id="1655706004" name="Picture 165570600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06004" name="Picture 1655706004" descr="A screenshot of a computer scree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ABFD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60847C83" w14:textId="364BA1FE" w:rsidR="00F70FED" w:rsidRDefault="00E10908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Click Continue</w:t>
      </w:r>
    </w:p>
    <w:p w14:paraId="12D08457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7A0D7401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2E9C92A3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1A8C896C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100D7304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3D16EAE5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701682D2" w14:textId="77777777" w:rsidR="00F70FED" w:rsidRDefault="00F70FED" w:rsidP="00F70FED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653C9A26" w14:textId="2AA5AFA5" w:rsidR="00B04A92" w:rsidRPr="007D392E" w:rsidRDefault="00F70FED" w:rsidP="00687C32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>5</w:t>
      </w:r>
      <w:r w:rsidR="00EA1491" w:rsidRPr="007D392E">
        <w:rPr>
          <w:rFonts w:ascii="Verdana" w:hAnsi="Verdana"/>
          <w:color w:val="E91E63"/>
          <w:sz w:val="32"/>
          <w:szCs w:val="32"/>
        </w:rPr>
        <w:t>. Business Information</w:t>
      </w:r>
    </w:p>
    <w:p w14:paraId="60F2806A" w14:textId="30FAE8D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 xml:space="preserve">Industry: Choose </w:t>
      </w:r>
      <w:r w:rsidR="00E57B8A">
        <w:rPr>
          <w:rFonts w:ascii="Verdana" w:hAnsi="Verdana"/>
          <w:sz w:val="32"/>
          <w:szCs w:val="32"/>
        </w:rPr>
        <w:t>Personal Services and then Laundry Cleaning</w:t>
      </w:r>
    </w:p>
    <w:p w14:paraId="3E774134" w14:textId="63523A6D" w:rsidR="005F18B0" w:rsidRPr="00EA1491" w:rsidRDefault="00DA63FF">
      <w:pPr>
        <w:pStyle w:val="ListBullet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</w:t>
      </w:r>
      <w:r w:rsidR="005F18B0">
        <w:rPr>
          <w:rFonts w:ascii="Verdana" w:hAnsi="Verdana"/>
          <w:sz w:val="32"/>
          <w:szCs w:val="32"/>
        </w:rPr>
        <w:t>lick on “Don’t have a website? Add product description instead</w:t>
      </w:r>
    </w:p>
    <w:p w14:paraId="62445261" w14:textId="02BDA5AE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 xml:space="preserve">Product Description: </w:t>
      </w:r>
      <w:r w:rsidR="001E0DF1">
        <w:rPr>
          <w:rFonts w:ascii="Verdana" w:hAnsi="Verdana"/>
          <w:sz w:val="32"/>
          <w:szCs w:val="32"/>
        </w:rPr>
        <w:t>I am a &lt;role&gt; offering &lt;</w:t>
      </w:r>
      <w:r w:rsidR="00BF49F2">
        <w:rPr>
          <w:rFonts w:ascii="Verdana" w:hAnsi="Verdana"/>
          <w:sz w:val="32"/>
          <w:szCs w:val="32"/>
        </w:rPr>
        <w:t>service you offer&gt;</w:t>
      </w:r>
    </w:p>
    <w:p w14:paraId="4B39660F" w14:textId="275753F2" w:rsidR="00B04A92" w:rsidRDefault="00E10908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Click Continue</w:t>
      </w:r>
    </w:p>
    <w:p w14:paraId="0F0C92F4" w14:textId="193C28DE" w:rsidR="003134EE" w:rsidRPr="00EA1491" w:rsidRDefault="00BD01C2" w:rsidP="003134EE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F8970E" wp14:editId="113DE966">
                <wp:simplePos x="0" y="0"/>
                <wp:positionH relativeFrom="column">
                  <wp:posOffset>1800224</wp:posOffset>
                </wp:positionH>
                <wp:positionV relativeFrom="paragraph">
                  <wp:posOffset>3590926</wp:posOffset>
                </wp:positionV>
                <wp:extent cx="1571625" cy="800100"/>
                <wp:effectExtent l="57150" t="57150" r="47625" b="95250"/>
                <wp:wrapNone/>
                <wp:docPr id="65794350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800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91E6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E40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1.75pt;margin-top:282.75pt;width:123.75pt;height:63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" strokecolor="#e91e63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134EE">
        <w:rPr>
          <w:noProof/>
        </w:rPr>
        <w:drawing>
          <wp:inline distT="0" distB="0" distL="0" distR="0" wp14:anchorId="3F017E58" wp14:editId="43A33790">
            <wp:extent cx="2334260" cy="5053794"/>
            <wp:effectExtent l="0" t="0" r="8890" b="0"/>
            <wp:docPr id="4204318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8" cy="50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B6BD" w14:textId="79D8AA4A" w:rsidR="00C526A6" w:rsidRPr="007D392E" w:rsidRDefault="00C526A6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>6. Verify your identity</w:t>
      </w:r>
    </w:p>
    <w:p w14:paraId="2B10B6FC" w14:textId="2D5541A5" w:rsidR="003C6D8B" w:rsidRPr="00927A6A" w:rsidRDefault="003C6D8B" w:rsidP="003C6D8B">
      <w:pPr>
        <w:pStyle w:val="ListParagraph"/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927A6A">
        <w:rPr>
          <w:rFonts w:ascii="Verdana" w:hAnsi="Verdana"/>
          <w:sz w:val="32"/>
          <w:szCs w:val="32"/>
        </w:rPr>
        <w:t xml:space="preserve">You will need to choose the authentication method to verify your identity </w:t>
      </w:r>
    </w:p>
    <w:p w14:paraId="57A4370D" w14:textId="0DBCD07C" w:rsidR="003C6D8B" w:rsidRDefault="00024110" w:rsidP="003C6D8B">
      <w:r>
        <w:rPr>
          <w:noProof/>
        </w:rPr>
        <w:drawing>
          <wp:inline distT="0" distB="0" distL="0" distR="0" wp14:anchorId="4AB4D210" wp14:editId="0021BD4A">
            <wp:extent cx="2387884" cy="5169980"/>
            <wp:effectExtent l="0" t="0" r="0" b="0"/>
            <wp:docPr id="12767704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48" cy="520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D4572" w14:textId="77777777" w:rsidR="00927A6A" w:rsidRDefault="00927A6A" w:rsidP="003C6D8B"/>
    <w:p w14:paraId="365CAE7E" w14:textId="77777777" w:rsidR="00927A6A" w:rsidRDefault="00927A6A" w:rsidP="003C6D8B"/>
    <w:p w14:paraId="19A1FA75" w14:textId="77777777" w:rsidR="00927A6A" w:rsidRDefault="00927A6A" w:rsidP="003C6D8B"/>
    <w:p w14:paraId="3160DD4F" w14:textId="77777777" w:rsidR="00927A6A" w:rsidRPr="003C6D8B" w:rsidRDefault="00927A6A" w:rsidP="003C6D8B"/>
    <w:p w14:paraId="740D1E4B" w14:textId="7186A6B3" w:rsidR="00B04A92" w:rsidRPr="007D392E" w:rsidRDefault="003C6D8B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7D392E">
        <w:rPr>
          <w:rFonts w:ascii="Verdana" w:hAnsi="Verdana"/>
          <w:color w:val="E91E63"/>
          <w:sz w:val="32"/>
          <w:szCs w:val="32"/>
        </w:rPr>
        <w:lastRenderedPageBreak/>
        <w:t>7</w:t>
      </w:r>
      <w:r w:rsidR="00EA1491" w:rsidRPr="007D392E">
        <w:rPr>
          <w:rFonts w:ascii="Verdana" w:hAnsi="Verdana"/>
          <w:color w:val="E91E63"/>
          <w:sz w:val="32"/>
          <w:szCs w:val="32"/>
        </w:rPr>
        <w:t>. Enter Bank Details</w:t>
      </w:r>
    </w:p>
    <w:p w14:paraId="36502313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Provide your Bank Account Information</w:t>
      </w:r>
    </w:p>
    <w:p w14:paraId="6948079D" w14:textId="466A8C15" w:rsidR="00B04A92" w:rsidRPr="00EA1491" w:rsidRDefault="00E10908" w:rsidP="00927A6A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39230A10" wp14:editId="4A54E042">
            <wp:extent cx="5486400" cy="3086100"/>
            <wp:effectExtent l="0" t="0" r="0" b="0"/>
            <wp:docPr id="1748329916" name="Picture 17483299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29916" name="Picture 1748329916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7A56" w14:textId="4C74452F" w:rsidR="00B04A92" w:rsidRPr="00EA1491" w:rsidRDefault="00E10908" w:rsidP="00927A6A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Click Continue</w:t>
      </w:r>
    </w:p>
    <w:p w14:paraId="3657CC97" w14:textId="302E2C26" w:rsidR="00B04A92" w:rsidRPr="000B1178" w:rsidRDefault="000813B6" w:rsidP="0002311A">
      <w:pPr>
        <w:pStyle w:val="Heading1"/>
        <w:rPr>
          <w:rFonts w:ascii="Verdana" w:hAnsi="Verdana"/>
          <w:color w:val="E91E63"/>
          <w:sz w:val="32"/>
          <w:szCs w:val="32"/>
        </w:rPr>
      </w:pPr>
      <w:r w:rsidRPr="000B1178">
        <w:rPr>
          <w:rFonts w:ascii="Verdana" w:hAnsi="Verdana"/>
          <w:color w:val="E91E63"/>
          <w:sz w:val="32"/>
          <w:szCs w:val="32"/>
        </w:rPr>
        <w:t xml:space="preserve">8. Review and </w:t>
      </w:r>
      <w:proofErr w:type="gramStart"/>
      <w:r w:rsidRPr="000B1178">
        <w:rPr>
          <w:rFonts w:ascii="Verdana" w:hAnsi="Verdana"/>
          <w:color w:val="E91E63"/>
          <w:sz w:val="32"/>
          <w:szCs w:val="32"/>
        </w:rPr>
        <w:t>Submit</w:t>
      </w:r>
      <w:proofErr w:type="gramEnd"/>
      <w:r w:rsidRPr="000B1178">
        <w:rPr>
          <w:rFonts w:ascii="Verdana" w:hAnsi="Verdana"/>
          <w:color w:val="E91E63"/>
          <w:sz w:val="32"/>
          <w:szCs w:val="32"/>
        </w:rPr>
        <w:t xml:space="preserve"> your details</w:t>
      </w:r>
    </w:p>
    <w:p w14:paraId="4529A593" w14:textId="6C16EC0C" w:rsidR="00B04A92" w:rsidRPr="00EA1491" w:rsidRDefault="00E10908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Click Submit</w:t>
      </w:r>
    </w:p>
    <w:p w14:paraId="69C1D35D" w14:textId="77777777" w:rsidR="00B04A92" w:rsidRPr="00EA1491" w:rsidRDefault="00EA1491">
      <w:pPr>
        <w:pStyle w:val="ListBullet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sz w:val="32"/>
          <w:szCs w:val="32"/>
        </w:rPr>
        <w:t>You're all set up!</w:t>
      </w:r>
    </w:p>
    <w:p w14:paraId="2DD5DE87" w14:textId="00C69A24" w:rsidR="00E10908" w:rsidRPr="00EA1491" w:rsidRDefault="00E1090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  <w:r w:rsidRPr="00EA1491">
        <w:rPr>
          <w:rFonts w:ascii="Verdana" w:hAnsi="Verdana"/>
          <w:noProof/>
          <w:sz w:val="32"/>
          <w:szCs w:val="32"/>
        </w:rPr>
        <w:drawing>
          <wp:inline distT="0" distB="0" distL="0" distR="0" wp14:anchorId="5E141A4A" wp14:editId="1CB34B52">
            <wp:extent cx="5486400" cy="3086100"/>
            <wp:effectExtent l="0" t="0" r="0" b="0"/>
            <wp:docPr id="2131725023" name="Picture 21317250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25023" name="Picture 2131725023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908" w:rsidRPr="00EA149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64EB4D62"/>
    <w:multiLevelType w:val="hybridMultilevel"/>
    <w:tmpl w:val="F7E47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30000">
    <w:abstractNumId w:val="8"/>
  </w:num>
  <w:num w:numId="2" w16cid:durableId="778375158">
    <w:abstractNumId w:val="6"/>
  </w:num>
  <w:num w:numId="3" w16cid:durableId="1164970680">
    <w:abstractNumId w:val="5"/>
  </w:num>
  <w:num w:numId="4" w16cid:durableId="634221286">
    <w:abstractNumId w:val="4"/>
  </w:num>
  <w:num w:numId="5" w16cid:durableId="218126630">
    <w:abstractNumId w:val="7"/>
  </w:num>
  <w:num w:numId="6" w16cid:durableId="2001804871">
    <w:abstractNumId w:val="3"/>
  </w:num>
  <w:num w:numId="7" w16cid:durableId="954405168">
    <w:abstractNumId w:val="2"/>
  </w:num>
  <w:num w:numId="8" w16cid:durableId="645625760">
    <w:abstractNumId w:val="1"/>
  </w:num>
  <w:num w:numId="9" w16cid:durableId="464781854">
    <w:abstractNumId w:val="0"/>
  </w:num>
  <w:num w:numId="10" w16cid:durableId="8593193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311A"/>
    <w:rsid w:val="00024110"/>
    <w:rsid w:val="00034616"/>
    <w:rsid w:val="0005784A"/>
    <w:rsid w:val="0006063C"/>
    <w:rsid w:val="00060850"/>
    <w:rsid w:val="000813B6"/>
    <w:rsid w:val="000B1178"/>
    <w:rsid w:val="0015074B"/>
    <w:rsid w:val="001E0DF1"/>
    <w:rsid w:val="0021693C"/>
    <w:rsid w:val="0029639D"/>
    <w:rsid w:val="002F3152"/>
    <w:rsid w:val="003134EE"/>
    <w:rsid w:val="00326F90"/>
    <w:rsid w:val="003750EF"/>
    <w:rsid w:val="00396965"/>
    <w:rsid w:val="003C6D8B"/>
    <w:rsid w:val="003F7352"/>
    <w:rsid w:val="00447529"/>
    <w:rsid w:val="00464AF1"/>
    <w:rsid w:val="004A107D"/>
    <w:rsid w:val="005920AF"/>
    <w:rsid w:val="005F18B0"/>
    <w:rsid w:val="00687C32"/>
    <w:rsid w:val="006C0FB1"/>
    <w:rsid w:val="006E1A78"/>
    <w:rsid w:val="00744E6A"/>
    <w:rsid w:val="00781711"/>
    <w:rsid w:val="007D392E"/>
    <w:rsid w:val="007D757F"/>
    <w:rsid w:val="00927A6A"/>
    <w:rsid w:val="00970638"/>
    <w:rsid w:val="00982205"/>
    <w:rsid w:val="00986C14"/>
    <w:rsid w:val="009B5149"/>
    <w:rsid w:val="00AA1D8D"/>
    <w:rsid w:val="00B04A92"/>
    <w:rsid w:val="00B47730"/>
    <w:rsid w:val="00BD01C2"/>
    <w:rsid w:val="00BE50A8"/>
    <w:rsid w:val="00BF49F2"/>
    <w:rsid w:val="00C526A6"/>
    <w:rsid w:val="00CB0664"/>
    <w:rsid w:val="00CB4A69"/>
    <w:rsid w:val="00D25AC8"/>
    <w:rsid w:val="00DA63FF"/>
    <w:rsid w:val="00E10908"/>
    <w:rsid w:val="00E419F4"/>
    <w:rsid w:val="00E50080"/>
    <w:rsid w:val="00E57B8A"/>
    <w:rsid w:val="00EA1491"/>
    <w:rsid w:val="00EA3C72"/>
    <w:rsid w:val="00EE7F04"/>
    <w:rsid w:val="00F70FE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C979DB"/>
  <w14:defaultImageDpi w14:val="300"/>
  <w15:docId w15:val="{3A7BAEDF-3F9A-4A4B-B5E2-632530B8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109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9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3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Ben Morgan</cp:lastModifiedBy>
  <cp:revision>2</cp:revision>
  <cp:lastPrinted>2026-03-10T11:37:00Z</cp:lastPrinted>
  <dcterms:created xsi:type="dcterms:W3CDTF">2026-03-10T12:12:00Z</dcterms:created>
  <dcterms:modified xsi:type="dcterms:W3CDTF">2026-03-10T12:12:00Z</dcterms:modified>
  <cp:category/>
</cp:coreProperties>
</file>